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UBND XÃ/PHƯỜNG ___________</w:t>
      </w:r>
    </w:p>
    <w:p>
      <w:pPr>
        <w:spacing w:after="60" w:before="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TRUNG TÂM TẬP HUẤN AI CÔNG VỤ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color w:val="062B63"/>
          <w:sz w:val="22"/>
          <w:szCs w:val="24"/>
        </w:rPr>
        <w:t xml:space="preserve">─────────</w:t>
      </w:r>
    </w:p>
    <w:p>
      <w:pPr>
        <w:spacing w:after="60" w:before="200" w:line="269" w:lineRule="auto"/>
        <w:jc w:val="center"/>
      </w:pP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BM-01 — </w:t>
      </w: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PHIẾU ĐỌC TRƯỚC BÀI HỌC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Mục đích: </w:t>
      </w:r>
      <w:r>
        <w:rPr>
          <w:rFonts w:ascii="Arial" w:hAnsi="Arial" w:eastAsia="Arial"/>
          <w:b/>
          <w:i/>
          <w:iCs/>
          <w:color w:val="10223D"/>
          <w:sz w:val="24"/>
          <w:szCs w:val="24"/>
        </w:rPr>
        <w:t xml:space="preserve">Ghi mục tiêu cá nhân, nghiệp vụ đang cần hỗ trợ và câu hỏi muốn giải đáp trước khi vào lớp tập huấn.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I. THÔNG TIN HỌC VIÊN</w:t>
      </w:r>
    </w:p>
    <w:tbl>
      <w:tblPr>
        <w:tblW w:type="dxa" w:w="9360"/>
        <w:jc w:val="center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3685"/>
        <w:gridCol w:w="5556"/>
      </w:tblGrid>
      <w:tr>
        <w:trPr>
          <w:tblHeader w:val="true"/>
        </w:trPr>
        <w:tc>
          <w:tcPr>
            <w:tcW w:type="dxa" w:w="3685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Họ và tên</w:t>
            </w:r>
          </w:p>
        </w:tc>
        <w:tc>
          <w:tcPr>
            <w:tcW w:type="dxa" w:w="5556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  <w:shd w:fill="0B66D8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color w:val="FFFFFF"/>
                <w:sz w:val="22"/>
                <w:szCs w:val="22"/>
              </w:rPr>
              <w:t xml:space="preserve">....................................................................</w:t>
            </w:r>
          </w:p>
        </w:tc>
      </w:tr>
      <w:tr>
        <w:tc>
          <w:tcPr>
            <w:tcW w:type="dxa" w:w="3685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D9EAF7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Đơn vị công tác</w:t>
            </w:r>
          </w:p>
        </w:tc>
        <w:tc>
          <w:tcPr>
            <w:tcW w:type="dxa" w:w="5556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....................................................................</w:t>
            </w:r>
          </w:p>
        </w:tc>
      </w:tr>
      <w:tr>
        <w:tc>
          <w:tcPr>
            <w:tcW w:type="dxa" w:w="3685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D9EAF7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Chức danh</w:t>
            </w:r>
          </w:p>
        </w:tc>
        <w:tc>
          <w:tcPr>
            <w:tcW w:type="dxa" w:w="5556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....................................................................</w:t>
            </w:r>
          </w:p>
        </w:tc>
      </w:tr>
      <w:tr>
        <w:tc>
          <w:tcPr>
            <w:tcW w:type="dxa" w:w="3685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D9EAF7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Số năm công tác</w:t>
            </w:r>
          </w:p>
        </w:tc>
        <w:tc>
          <w:tcPr>
            <w:tcW w:type="dxa" w:w="5556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....................................................................</w:t>
            </w:r>
          </w:p>
        </w:tc>
      </w:tr>
      <w:tr>
        <w:tc>
          <w:tcPr>
            <w:tcW w:type="dxa" w:w="3685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D9EAF7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Email / Zalo liên hệ</w:t>
            </w:r>
          </w:p>
        </w:tc>
        <w:tc>
          <w:tcPr>
            <w:tcW w:type="dxa" w:w="5556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....................................................................</w:t>
            </w:r>
          </w:p>
        </w:tc>
      </w:tr>
    </w:tbl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II. KINH NGHIỆM VỚI AI TRƯỚC KHI HỌC</w:t>
      </w:r>
    </w:p>
    <w:p>
      <w:pPr>
        <w:spacing w:after="60" w:before="16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1. Tôi đã từng sử dụng công cụ AI nào? (đánh dấu X)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ChatGPT          ☐ Gemini          ☐ Claude          ☐ NotebookLM          ☐ Khác: 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Chưa sử dụng AI bao giờ</w:t>
      </w:r>
    </w:p>
    <w:p>
      <w:pPr>
        <w:spacing w:after="60" w:before="16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2. Mức độ tự tin của tôi khi dùng AI hiện tại (đánh dấu X):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Mới biết — chưa biết dùng       ☐ Biết cơ bản       ☐ Tự tin       ☐ Thành thạo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III. MỤC TIÊU SAU TẬP HUẤN</w:t>
      </w:r>
    </w:p>
    <w:p>
      <w:pPr>
        <w:spacing w:after="60" w:before="16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3. Sau khóa tập huấn này, tôi muốn đạt được: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IV. NGHIỆP VỤ CẦN HỖ TRỢ NHẤT</w:t>
      </w:r>
    </w:p>
    <w:p>
      <w:pPr>
        <w:spacing w:after="60" w:before="16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4. Trong công việc hằng ngày, nghiệp vụ nào tôi cần AI hỗ trợ NHẤT? (mô tả cụ thể 1-2 việc)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V. CÂU HỎI MUỐN GIẢNG VIÊN GIẢI ĐÁP</w:t>
      </w:r>
    </w:p>
    <w:p>
      <w:pPr>
        <w:spacing w:after="60" w:before="16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5. Tôi có 3 câu hỏi cụ thể muốn giảng viên giải đáp trong khóa học: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Câu hỏi 1: 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Câu hỏi 2: 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Câu hỏi 3: ...........................................................................................................................</w:t>
      </w:r>
    </w:p>
    <w:p>
      <w:pPr>
        <w:spacing w:before="24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right"/>
      </w:pPr>
      <w:r>
        <w:rPr>
          <w:rFonts w:ascii="Arial" w:hAnsi="Arial" w:eastAsia="Arial"/>
          <w:i/>
          <w:iCs/>
          <w:color w:val="10223D"/>
          <w:sz w:val="24"/>
          <w:szCs w:val="24"/>
        </w:rPr>
        <w:t xml:space="preserve">[Địa danh]</w:t>
      </w:r>
      <w:r>
        <w:rPr>
          <w:rFonts w:ascii="Arial" w:hAnsi="Arial" w:eastAsia="Arial"/>
          <w:i/>
          <w:iCs/>
          <w:color w:val="10223D"/>
          <w:sz w:val="24"/>
          <w:szCs w:val="24"/>
        </w:rPr>
        <w:t xml:space="preserve">, ngày ____ tháng ____ năm 20___</w:t>
      </w:r>
    </w:p>
    <w:p>
      <w:pPr>
        <w:spacing w:before="100" w:after="60" w:line="269" w:lineRule="auto"/>
        <w:jc w:val="right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NGƯỜI ĐIỀN</w:t>
      </w:r>
    </w:p>
    <w:p>
      <w:pPr>
        <w:spacing w:after="60" w:before="80" w:line="269" w:lineRule="auto"/>
        <w:jc w:val="right"/>
      </w:pPr>
      <w:r>
        <w:rPr>
          <w:rFonts w:ascii="Arial" w:hAnsi="Arial" w:eastAsia="Arial"/>
          <w:i/>
          <w:iCs/>
          <w:color w:val="808080"/>
          <w:sz w:val="20"/>
          <w:szCs w:val="20"/>
        </w:rPr>
        <w:t xml:space="preserve">(Ký, ghi rõ họ tên)</w:t>
      </w:r>
    </w:p>
    <w:p>
      <w:pPr>
        <w:spacing w:before="2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808080"/>
          <w:sz w:val="18"/>
          <w:szCs w:val="18"/>
        </w:rPr>
        <w:t xml:space="preserve">Ghi chú: Biểu mẫu này thuộc Bộ tài liệu phái sinh kèm Đề cương Tập huấn AI Công vụ cấp Xã/Phường.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C3_BM-01_Phieu_doc_truoc_bai_hoc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C3_BM-01_Phieu_doc_truoc_bai_hoc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