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2"/>
        </w:rPr>
        <w:t xml:space="preserve">UBND XÃ/PHƯỜNG ___________</w:t>
      </w:r>
    </w:p>
    <w:p>
      <w:pPr>
        <w:spacing w:after="60" w:before="0" w:line="269" w:lineRule="auto"/>
        <w:jc w:val="center"/>
      </w:pPr>
      <w:r>
        <w:rPr>
          <w:rFonts w:ascii="Arial" w:hAnsi="Arial" w:eastAsia="Arial"/>
          <w:b/>
          <w:bCs/>
          <w:color w:val="062B63"/>
          <w:sz w:val="22"/>
          <w:szCs w:val="22"/>
        </w:rPr>
        <w:t xml:space="preserve">TRUNG TÂM TẬP HUẤN AI CÔNG VỤ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b/>
          <w:color w:val="062B63"/>
          <w:sz w:val="22"/>
          <w:szCs w:val="24"/>
        </w:rPr>
        <w:t xml:space="preserve">─────────</w:t>
      </w:r>
    </w:p>
    <w:p>
      <w:pPr>
        <w:spacing w:after="60" w:before="200" w:line="269" w:lineRule="auto"/>
        <w:jc w:val="center"/>
      </w:pPr>
      <w:r>
        <w:rPr>
          <w:rFonts w:ascii="Arial" w:hAnsi="Arial" w:eastAsia="Arial"/>
          <w:b/>
          <w:bCs/>
          <w:color w:val="062B63"/>
          <w:sz w:val="30"/>
          <w:szCs w:val="28"/>
        </w:rPr>
        <w:t xml:space="preserve">BM-03 — </w:t>
      </w:r>
      <w:r>
        <w:rPr>
          <w:rFonts w:ascii="Arial" w:hAnsi="Arial" w:eastAsia="Arial"/>
          <w:b/>
          <w:bCs/>
          <w:color w:val="062B63"/>
          <w:sz w:val="30"/>
          <w:szCs w:val="28"/>
        </w:rPr>
        <w:t xml:space="preserve">MẪU PROMPT CÔNG VỤ</w:t>
      </w:r>
    </w:p>
    <w:p>
      <w:pPr>
        <w:spacing w:after="60" w:before="80" w:line="269" w:lineRule="auto"/>
        <w:ind w:firstLine="720"/>
      </w:pPr>
      <w:r>
        <w:rPr>
          <w:rFonts w:ascii="Arial" w:hAnsi="Arial" w:eastAsia="Arial"/>
          <w:b/>
          <w:bCs/>
          <w:i/>
          <w:iCs/>
          <w:color w:val="10223D"/>
          <w:sz w:val="24"/>
          <w:szCs w:val="24"/>
        </w:rPr>
        <w:t xml:space="preserve">Mục đích: </w:t>
      </w:r>
      <w:r>
        <w:rPr>
          <w:rFonts w:ascii="Arial" w:hAnsi="Arial" w:eastAsia="Arial"/>
          <w:b/>
          <w:i/>
          <w:iCs/>
          <w:color w:val="10223D"/>
          <w:sz w:val="24"/>
          <w:szCs w:val="24"/>
        </w:rPr>
        <w:t xml:space="preserve">Khung viết yêu cầu cho AI gồm vai trò, nguồn căn cứ, nhiệm vụ, định dạng đầu ra và bước kiểm tra. Cán bộ điền vào khung dưới rồi copy-paste vào ChatGPT/Gemini/Claude.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KHUNG 5 THÀNH PHẦN CỦA MỘT PROMPT TỐT</w:t>
      </w:r>
    </w:p>
    <w:tbl>
      <w:tblPr>
        <w:tblW w:type="dxa" w:w="9360"/>
        <w:jc w:val="center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850"/>
        <w:gridCol w:w="6633"/>
        <w:gridCol w:w="1757"/>
      </w:tblGrid>
      <w:tr>
        <w:trPr>
          <w:tblHeader/>
          <w:tblHeader w:val="true"/>
        </w:trP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2"/>
                <w:szCs w:val="22"/>
              </w:rPr>
              <w:t xml:space="preserve">#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2"/>
                <w:szCs w:val="22"/>
              </w:rPr>
              <w:t xml:space="preserve">Thành phần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shd w:fill="0B66D8" w:val="clear"/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color w:val="FFFFFF"/>
                <w:sz w:val="22"/>
                <w:szCs w:val="22"/>
              </w:rPr>
              <w:t xml:space="preserve">Cán bộ điền vào đây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1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40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MỤC TIÊU</w:t>
            </w:r>
          </w:p>
          <w:p>
            <w:pPr>
              <w:spacing w:after="40" w:before="20"/>
            </w:pPr>
            <w:r>
              <w:rPr>
                <w:rFonts w:ascii="Arial" w:hAnsi="Arial" w:eastAsia="Arial"/>
                <w:i/>
                <w:iCs/>
                <w:color w:val="808080"/>
                <w:sz w:val="18"/>
                <w:szCs w:val="18"/>
              </w:rPr>
              <w:t xml:space="preserve">(AI làm việc gì?)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2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40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BỐI CẢNH</w:t>
            </w:r>
          </w:p>
          <w:p>
            <w:pPr>
              <w:spacing w:after="40" w:before="20"/>
            </w:pPr>
            <w:r>
              <w:rPr>
                <w:rFonts w:ascii="Arial" w:hAnsi="Arial" w:eastAsia="Arial"/>
                <w:i/>
                <w:iCs/>
                <w:color w:val="808080"/>
                <w:sz w:val="18"/>
                <w:szCs w:val="18"/>
              </w:rPr>
              <w:t xml:space="preserve">(Cán bộ là ai? Đầu ra dùng ở đâu?)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3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40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DỮ LIỆU</w:t>
            </w:r>
          </w:p>
          <w:p>
            <w:pPr>
              <w:spacing w:after="40" w:before="20"/>
            </w:pPr>
            <w:r>
              <w:rPr>
                <w:rFonts w:ascii="Arial" w:hAnsi="Arial" w:eastAsia="Arial"/>
                <w:i/>
                <w:iCs/>
                <w:color w:val="C00000"/>
                <w:sz w:val="18"/>
                <w:szCs w:val="18"/>
              </w:rPr>
              <w:t xml:space="preserve">(Đã ẩn danh chưa?)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4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40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ĐẦU RA</w:t>
            </w:r>
          </w:p>
          <w:p>
            <w:pPr>
              <w:spacing w:after="40" w:before="20"/>
            </w:pPr>
            <w:r>
              <w:rPr>
                <w:rFonts w:ascii="Arial" w:hAnsi="Arial" w:eastAsia="Arial"/>
                <w:i/>
                <w:iCs/>
                <w:color w:val="808080"/>
                <w:sz w:val="18"/>
                <w:szCs w:val="18"/>
              </w:rPr>
              <w:t xml:space="preserve">(Định dạng, độ dài, văn phong)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</w:tc>
      </w:tr>
      <w:tr>
        <w:tc>
          <w:tcPr>
            <w:tcW w:type="dxa" w:w="850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after="40" w:before="40"/>
              <w:jc w:val="center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5</w:t>
            </w:r>
          </w:p>
        </w:tc>
        <w:tc>
          <w:tcPr>
            <w:tcW w:type="dxa" w:w="6633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pPr>
              <w:spacing w:before="40"/>
            </w:pPr>
            <w:r>
              <w:rPr>
                <w:rFonts w:ascii="Arial" w:hAnsi="Arial" w:eastAsia="Arial"/>
                <w:b/>
                <w:bCs/>
                <w:sz w:val="22"/>
                <w:szCs w:val="22"/>
              </w:rPr>
              <w:t xml:space="preserve">RÀNG BUỘC</w:t>
            </w:r>
          </w:p>
          <w:p>
            <w:pPr>
              <w:spacing w:after="40" w:before="20"/>
            </w:pPr>
            <w:r>
              <w:rPr>
                <w:rFonts w:ascii="Arial" w:hAnsi="Arial" w:eastAsia="Arial"/>
                <w:i/>
                <w:iCs/>
                <w:color w:val="C00000"/>
                <w:sz w:val="18"/>
                <w:szCs w:val="18"/>
              </w:rPr>
              <w:t xml:space="preserve">(AI KHÔNG được làm gì?)</w:t>
            </w:r>
          </w:p>
        </w:tc>
        <w:tc>
          <w:tcPr>
            <w:tcW w:type="dxa" w:w="1757"/>
            <w:tcBorders>
              <w:top w:val="single" w:color="D9E8F7" w:sz="6" w:space="0"/>
              <w:left w:val="single" w:color="D9E8F7" w:sz="6" w:space="0"/>
              <w:bottom w:val="single" w:color="D9E8F7" w:sz="6" w:space="0"/>
              <w:right w:val="single" w:color="D9E8F7" w:sz="6" w:space="0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center"/>
          </w:tcPr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  <w:p>
            <w:r>
              <w:rPr>
                <w:rFonts w:ascii="Arial" w:hAnsi="Arial" w:eastAsia="Arial"/>
                <w:sz w:val="22"/>
                <w:szCs w:val="22"/>
              </w:rPr>
              <w:t xml:space="preserve">..................................................................</w:t>
            </w:r>
          </w:p>
        </w:tc>
      </w:tr>
    </w:tbl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VÍ DỤ MINH HỌA</w:t>
      </w:r>
    </w:p>
    <w:p>
      <w:pPr>
        <w:spacing w:after="60" w:before="80" w:line="269" w:lineRule="auto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Tình huống: </w:t>
      </w:r>
      <w:r>
        <w:rPr>
          <w:rFonts w:ascii="Arial" w:hAnsi="Arial" w:eastAsia="Arial"/>
          <w:color w:val="10223D"/>
          <w:sz w:val="24"/>
          <w:szCs w:val="24"/>
        </w:rPr>
        <w:t xml:space="preserve">Cần soạn phiếu hướng dẫn bổ sung hồ sơ khai sinh.</w:t>
      </w:r>
    </w:p>
    <w:p>
      <w:pPr>
        <w:spacing w:after="60" w:before="80" w:line="269" w:lineRule="auto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Mục tiêu: </w:t>
      </w:r>
      <w:r>
        <w:rPr>
          <w:rFonts w:ascii="Arial" w:hAnsi="Arial" w:eastAsia="Arial"/>
          <w:color w:val="10223D"/>
          <w:sz w:val="24"/>
          <w:szCs w:val="24"/>
        </w:rPr>
        <w:t xml:space="preserve">Soạn phiếu hướng dẫn bổ sung hồ sơ theo định dạng văn bản hành chính.</w:t>
      </w:r>
    </w:p>
    <w:p>
      <w:pPr>
        <w:spacing w:after="60" w:before="80" w:line="269" w:lineRule="auto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Bối cảnh: </w:t>
      </w:r>
      <w:r>
        <w:rPr>
          <w:rFonts w:ascii="Arial" w:hAnsi="Arial" w:eastAsia="Arial"/>
          <w:color w:val="10223D"/>
          <w:sz w:val="24"/>
          <w:szCs w:val="24"/>
        </w:rPr>
        <w:t xml:space="preserve">Tôi là cán bộ Một cửa cấp xã. Phiếu này sẽ phát cho công dân để bổ sung hồ sơ.</w:t>
      </w:r>
    </w:p>
    <w:p>
      <w:pPr>
        <w:spacing w:after="60" w:before="80" w:line="269" w:lineRule="auto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Dữ liệu: </w:t>
      </w:r>
      <w:r>
        <w:rPr>
          <w:rFonts w:ascii="Arial" w:hAnsi="Arial" w:eastAsia="Arial"/>
          <w:color w:val="10223D"/>
          <w:sz w:val="24"/>
          <w:szCs w:val="24"/>
        </w:rPr>
        <w:t xml:space="preserve">Thủ tục đăng ký khai sinh. Hồ sơ còn thiếu: bản sao CCCD của cha. Thời hạn bổ sung: 10 ngày.</w:t>
      </w:r>
    </w:p>
    <w:p>
      <w:pPr>
        <w:spacing w:after="60" w:before="80" w:line="269" w:lineRule="auto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Đầu ra: </w:t>
      </w:r>
      <w:r>
        <w:rPr>
          <w:rFonts w:ascii="Arial" w:hAnsi="Arial" w:eastAsia="Arial"/>
          <w:color w:val="10223D"/>
          <w:sz w:val="24"/>
          <w:szCs w:val="24"/>
        </w:rPr>
        <w:t xml:space="preserve">Văn bản 1 trang, có tiêu đề, nội dung, ký tên.</w:t>
      </w:r>
    </w:p>
    <w:p>
      <w:pPr>
        <w:spacing w:after="60" w:before="80" w:line="269" w:lineRule="auto"/>
      </w:pPr>
      <w:r>
        <w:rPr>
          <w:rFonts w:ascii="Arial" w:hAnsi="Arial" w:eastAsia="Arial"/>
          <w:b/>
          <w:bCs/>
          <w:color w:val="10223D"/>
          <w:sz w:val="24"/>
          <w:szCs w:val="24"/>
        </w:rPr>
        <w:t xml:space="preserve">Ràng buộc: </w:t>
      </w:r>
      <w:r>
        <w:rPr>
          <w:rFonts w:ascii="Arial" w:hAnsi="Arial" w:eastAsia="Arial"/>
          <w:color w:val="10223D"/>
          <w:sz w:val="24"/>
          <w:szCs w:val="24"/>
        </w:rPr>
        <w:t xml:space="preserve">Không tự thêm căn cứ pháp lý. Văn phong lịch sự, không mang tính răn đe.</w:t>
      </w:r>
    </w:p>
    <w:p>
      <w:pPr>
        <w:spacing w:after="60" w:before="240" w:line="269" w:lineRule="auto"/>
      </w:pPr>
      <w:r>
        <w:rPr>
          <w:rFonts w:ascii="Arial" w:hAnsi="Arial" w:eastAsia="Arial"/>
          <w:b/>
          <w:bCs/>
          <w:color w:val="1F4E79"/>
          <w:sz w:val="26"/>
          <w:szCs w:val="26"/>
        </w:rPr>
        <w:t xml:space="preserve">CHECKLIST TRƯỚC KHI GỬI PROMPT CHO AI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Đã ẩn dữ liệu cá nhân thật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Đã ghi rõ vai trò cán bộ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Đã nêu ràng buộc (không bịa pháp lý, không suy diễn ngoài nguồn)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Đã chỉ định định dạng đầu ra mong muốn</w:t>
      </w:r>
    </w:p>
    <w:p>
      <w:pPr>
        <w:spacing w:after="60" w:before="80" w:line="269" w:lineRule="auto"/>
        <w:ind w:left="720"/>
      </w:pPr>
      <w:r>
        <w:rPr>
          <w:rFonts w:ascii="Arial" w:hAnsi="Arial" w:eastAsia="Arial"/>
          <w:color w:val="10223D"/>
          <w:sz w:val="24"/>
          <w:szCs w:val="24"/>
        </w:rPr>
        <w:t xml:space="preserve">☐ Sẵn sàng kiểm tra đầu ra trước khi dùng</w:t>
      </w:r>
    </w:p>
    <w:p>
      <w:pPr>
        <w:spacing w:before="200"/>
      </w:pPr>
      <w:r>
        <w:rPr>
          <w:sz w:val="12"/>
          <w:szCs w:val="12"/>
        </w:rPr>
        <w:t xml:space="preserve"> </w:t>
      </w:r>
    </w:p>
    <w:p>
      <w:pPr>
        <w:spacing w:after="60" w:before="80" w:line="269" w:lineRule="auto"/>
        <w:jc w:val="center"/>
      </w:pPr>
      <w:r>
        <w:rPr>
          <w:rFonts w:ascii="Arial" w:hAnsi="Arial" w:eastAsia="Arial"/>
          <w:i/>
          <w:iCs/>
          <w:color w:val="808080"/>
          <w:sz w:val="18"/>
          <w:szCs w:val="18"/>
        </w:rPr>
        <w:t xml:space="preserve">Ghi chú: Biểu mẫu này thuộc Bộ tài liệu phái sinh kèm Đề cương Tập huấn AI Công vụ cấp Xã/Phường.</w:t>
      </w:r>
    </w:p>
    <w:sectPr w:rsidR="00FC693F" w:rsidRPr="0006063C" w:rsidSect="00034616">
      <w:headerReference w:type="default" r:id="rId9"/>
      <w:footerReference w:type="default" r:id="rId10"/>
      <w:pgSz w:w="11906" w:h="16838"/>
      <w:pgMar w:top="1446" w:right="1134" w:bottom="1134" w:left="1417" w:header="255" w:footer="425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tbl>
    <w:tblPr>
      <w:tblW w:type="auto" w:w="0"/>
      <w:jc w:val="center"/>
      <w:tblLayout w:type="fixed"/>
      <w:tblLook w:firstColumn="1" w:firstRow="1" w:lastColumn="0" w:lastRow="0" w:noHBand="0" w:noVBand="1" w:val="04A0"/>
    </w:tblPr>
    <w:tblGrid>
      <w:gridCol w:w="6520"/>
      <w:gridCol w:w="2835"/>
    </w:tblGrid>
    <w:tr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r>
            <w:rPr>
              <w:rFonts w:ascii="Arial" w:hAnsi="Arial" w:eastAsia="Arial"/>
              <w:b w:val="0"/>
              <w:color w:val="5F7895"/>
              <w:sz w:val="16"/>
            </w:rPr>
            <w:t>CuongTech DocuForge AI - C3_BM-03_Mau_prompt_cong_vu</w:t>
          </w:r>
        </w:p>
      </w:tc>
      <w:tc>
        <w:tcPr>
          <w:tcW w:type="dxa" w:w="4677"/>
          <w:tcBorders>
            <w:top w:val="single" w:sz="0" w:space="0" w:color="FFFFFF"/>
            <w:left w:val="single" w:sz="0" w:space="0" w:color="FFFFFF"/>
            <w:bottom w:val="single" w:sz="0" w:space="0" w:color="FFFFFF"/>
            <w:right w:val="single" w:sz="0" w:space="0" w:color="FFFFFF"/>
          </w:tcBorders>
        </w:tcPr>
        <w:p>
          <w:pPr>
            <w:jc w:val="right"/>
          </w:pPr>
          <w:r>
            <w:rPr>
              <w:rFonts w:ascii="Arial" w:hAnsi="Arial" w:eastAsia="Arial"/>
              <w:b w:val="0"/>
              <w:color w:val="5F7895"/>
              <w:sz w:val="16"/>
            </w:rPr>
            <w:t xml:space="preserve">v1.0 | Trang 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Arial" w:hAnsi="Arial" w:eastAsia="Arial"/>
              <w:b w:val="0"/>
              <w:color w:val="5F7895"/>
              <w:sz w:val="16"/>
            </w:rPr>
            <w:t>/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spacing w:after="0" w:before="0"/>
      <w:jc w:val="center"/>
    </w:pPr>
    <w:r>
      <w:drawing>
        <wp:inline xmlns:a="http://schemas.openxmlformats.org/drawingml/2006/main" xmlns:pic="http://schemas.openxmlformats.org/drawingml/2006/picture">
          <wp:extent cx="5940000" cy="726000"/>
          <wp:docPr id="1" name="Picture 1" descr="Image: item1.xml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header_banner_wor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72600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pPr>
      <w:spacing w:after="120" w:line="276" w:lineRule="auto"/>
    </w:pPr>
    <w:rPr>
      <w:rFonts w:ascii="Arial" w:hAnsi="Arial" w:eastAsia="Arial"/>
      <w:color w:val="10223D"/>
      <w:sz w:val="2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HeaderChar">
    <w:name w:val="Header Char"/>
    <w:basedOn w:val="DefaultParagraphFont"/>
    <w:link w:val="Header"/>
    <w:uiPriority w:val="99"/>
    <w:rsid w:val="00E618BF"/>
    <w:rPr>
      <w:rFonts w:ascii="Arial" w:hAnsi="Arial" w:eastAsia="Arial"/>
    </w:rPr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  <w:rPr>
      <w:rFonts w:ascii="Arial" w:hAnsi="Arial" w:eastAsia="Arial"/>
    </w:rPr>
  </w:style>
  <w:style w:type="character" w:customStyle="1" w:styleId="FooterChar">
    <w:name w:val="Footer Char"/>
    <w:basedOn w:val="DefaultParagraphFont"/>
    <w:link w:val="Footer"/>
    <w:uiPriority w:val="99"/>
    <w:rsid w:val="00E618BF"/>
    <w:rPr>
      <w:rFonts w:ascii="Arial" w:hAnsi="Arial" w:eastAsia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37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0B66D8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062B63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Pr>
      <w:rFonts w:ascii="Arial" w:hAnsi="Arial" w:eastAsia="Arial"/>
    </w:rPr>
  </w:style>
  <w:style w:type="table" w:default="1" w:styleId="TableNormal">
    <w:name w:val="Normal Table"/>
    <w:uiPriority w:val="99"/>
    <w:semiHidden/>
    <w:unhideWhenUsed/>
    <w:rPr>
      <w:rFonts w:ascii="Arial" w:hAnsi="Arial" w:eastAsia="Aria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  <w:rPr>
      <w:rFonts w:ascii="Arial" w:hAnsi="Arial" w:eastAsia="Arial"/>
    </w:r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 w:ascii="Arial" w:hAnsi="Arial" w:eastAsia="Arial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 w:ascii="Arial" w:hAnsi="Arial" w:eastAsia="Arial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 w:ascii="Arial" w:hAnsi="Arial" w:eastAsia="Arial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  <w:rPr>
      <w:rFonts w:ascii="Arial" w:hAnsi="Arial" w:eastAsia="Arial"/>
    </w:r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  <w:rPr>
      <w:rFonts w:ascii="Arial" w:hAnsi="Arial" w:eastAsia="Arial"/>
    </w:rPr>
  </w:style>
  <w:style w:type="character" w:customStyle="1" w:styleId="BodyTextChar">
    <w:name w:val="Body Text Char"/>
    <w:basedOn w:val="DefaultParagraphFont"/>
    <w:link w:val="BodyText"/>
    <w:uiPriority w:val="99"/>
    <w:rsid w:val="00AA1D8D"/>
    <w:rPr>
      <w:rFonts w:ascii="Arial" w:hAnsi="Arial" w:eastAsia="Arial"/>
    </w:rPr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  <w:rPr>
      <w:rFonts w:ascii="Arial" w:hAnsi="Arial" w:eastAsia="Arial"/>
    </w:rPr>
  </w:style>
  <w:style w:type="character" w:customStyle="1" w:styleId="BodyText2Char">
    <w:name w:val="Body Text 2 Char"/>
    <w:basedOn w:val="DefaultParagraphFont"/>
    <w:link w:val="BodyText2"/>
    <w:uiPriority w:val="99"/>
    <w:rsid w:val="00AA1D8D"/>
    <w:rPr>
      <w:rFonts w:ascii="Arial" w:hAnsi="Arial" w:eastAsia="Arial"/>
    </w:rPr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rFonts w:ascii="Arial" w:hAnsi="Arial" w:eastAsia="Arial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rFonts w:ascii="Arial" w:hAnsi="Arial" w:eastAsia="Arial"/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  <w:rPr>
      <w:rFonts w:ascii="Arial" w:hAnsi="Arial" w:eastAsia="Arial"/>
    </w:r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  <w:rPr>
      <w:rFonts w:ascii="Arial" w:hAnsi="Arial" w:eastAsia="Arial"/>
    </w:r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  <w:rPr>
      <w:rFonts w:ascii="Arial" w:hAnsi="Arial" w:eastAsia="Arial"/>
    </w:r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  <w:rPr>
      <w:rFonts w:ascii="Arial" w:hAnsi="Arial" w:eastAsia="Arial"/>
    </w:r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  <w:rPr>
      <w:rFonts w:ascii="Arial" w:hAnsi="Arial" w:eastAsia="Arial"/>
    </w:r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  <w:rPr>
      <w:rFonts w:ascii="Arial" w:hAnsi="Arial" w:eastAsia="Arial"/>
    </w:r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  <w:rPr>
      <w:rFonts w:ascii="Arial" w:hAnsi="Arial" w:eastAsia="Arial"/>
    </w:r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  <w:rPr>
      <w:rFonts w:ascii="Arial" w:hAnsi="Arial" w:eastAsia="Arial"/>
    </w:r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  <w:rPr>
      <w:rFonts w:ascii="Arial" w:hAnsi="Arial" w:eastAsia="Arial"/>
    </w:r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  <w:rPr>
      <w:rFonts w:ascii="Arial" w:hAnsi="Arial" w:eastAsia="Arial"/>
    </w:r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  <w:rPr>
      <w:rFonts w:ascii="Arial" w:hAnsi="Arial" w:eastAsia="Arial"/>
    </w:r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  <w:rPr>
      <w:rFonts w:ascii="Arial" w:hAnsi="Arial" w:eastAsia="Arial"/>
    </w:r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Arial" w:hAnsi="Arial" w:eastAsia="Arial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Arial" w:hAnsi="Arial" w:eastAsia="Arial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rFonts w:ascii="Arial" w:hAnsi="Arial" w:eastAsia="Arial"/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 w:ascii="Arial" w:hAnsi="Arial" w:eastAsia="Arial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rFonts w:ascii="Arial" w:hAnsi="Arial" w:eastAsia="Arial"/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rFonts w:ascii="Arial" w:hAnsi="Arial" w:eastAsia="Arial"/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rFonts w:ascii="Arial" w:hAnsi="Arial" w:eastAsia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Arial" w:hAnsi="Arial" w:eastAsia="Arial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rFonts w:ascii="Arial" w:hAnsi="Arial" w:eastAsia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rFonts w:ascii="Arial" w:hAnsi="Arial" w:eastAsia="Arial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rFonts w:ascii="Arial" w:hAnsi="Arial" w:eastAsia="Arial"/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rFonts w:ascii="Arial" w:hAnsi="Arial" w:eastAsia="Arial"/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rFonts w:ascii="Arial" w:hAnsi="Arial" w:eastAsia="Arial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  <w:rPr>
      <w:rFonts w:ascii="Arial" w:hAnsi="Arial" w:eastAsia="Arial"/>
    </w:r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rPr>
      <w:rFonts w:ascii="Arial" w:hAnsi="Arial"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rFonts w:ascii="Arial" w:hAnsi="Arial" w:eastAsia="Arial"/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rPr>
      <w:rFonts w:ascii="Arial" w:hAnsi="Arial" w:eastAsia="Arial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rFonts w:ascii="Arial" w:hAnsi="Arial" w:eastAsia="Arial"/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rFonts w:ascii="Arial" w:hAnsi="Arial" w:eastAsia="Arial"/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T_Title">
    <w:name w:val="CT_Title"/>
    <w:basedOn w:val="Normal"/>
    <w:pPr>
      <w:spacing w:before="120" w:after="160" w:line="269" w:lineRule="auto"/>
    </w:pPr>
    <w:rPr>
      <w:rFonts w:ascii="Arial" w:hAnsi="Arial" w:eastAsia="Arial"/>
      <w:b/>
      <w:color w:val="062B63"/>
      <w:sz w:val="37"/>
    </w:rPr>
  </w:style>
  <w:style w:type="paragraph" w:customStyle="1" w:styleId="CT_Subtitle">
    <w:name w:val="CT_Subtitle"/>
    <w:basedOn w:val="Normal"/>
    <w:pPr>
      <w:spacing w:before="0" w:after="120" w:line="276" w:lineRule="auto"/>
    </w:pPr>
    <w:rPr>
      <w:rFonts w:ascii="Arial" w:hAnsi="Arial" w:eastAsia="Arial"/>
      <w:b w:val="0"/>
      <w:color w:val="DCEEFF"/>
      <w:sz w:val="24"/>
    </w:rPr>
  </w:style>
  <w:style w:type="paragraph" w:customStyle="1" w:styleId="CT_H1">
    <w:name w:val="CT_H1"/>
    <w:basedOn w:val="Normal"/>
    <w:pPr>
      <w:spacing w:before="200" w:after="100" w:line="269" w:lineRule="auto"/>
    </w:pPr>
    <w:rPr>
      <w:rFonts w:ascii="Arial" w:hAnsi="Arial" w:eastAsia="Arial"/>
      <w:b/>
      <w:color w:val="062B63"/>
      <w:sz w:val="30"/>
    </w:rPr>
  </w:style>
  <w:style w:type="paragraph" w:customStyle="1" w:styleId="CT_H2">
    <w:name w:val="CT_H2"/>
    <w:basedOn w:val="Normal"/>
    <w:pPr>
      <w:spacing w:before="120" w:after="60" w:line="269" w:lineRule="auto"/>
    </w:pPr>
    <w:rPr>
      <w:rFonts w:ascii="Arial" w:hAnsi="Arial" w:eastAsia="Arial"/>
      <w:b/>
      <w:color w:val="0B66D8"/>
      <w:sz w:val="25"/>
    </w:rPr>
  </w:style>
  <w:style w:type="paragraph" w:customStyle="1" w:styleId="CT_H3">
    <w:name w:val="CT_H3"/>
    <w:basedOn w:val="Normal"/>
    <w:pPr>
      <w:spacing w:before="160" w:after="80" w:line="276" w:lineRule="auto"/>
    </w:pPr>
    <w:rPr>
      <w:rFonts w:ascii="Arial" w:hAnsi="Arial" w:eastAsia="Arial"/>
      <w:b/>
      <w:color w:val="062B63"/>
      <w:sz w:val="24"/>
    </w:rPr>
  </w:style>
  <w:style w:type="paragraph" w:customStyle="1" w:styleId="CT_Body">
    <w:name w:val="CT_Body"/>
    <w:basedOn w:val="Normal"/>
    <w:pPr>
      <w:spacing w:before="0" w:after="100" w:line="269" w:lineRule="auto"/>
    </w:pPr>
    <w:rPr>
      <w:rFonts w:ascii="Arial" w:hAnsi="Arial" w:eastAsia="Arial"/>
      <w:b w:val="0"/>
      <w:color w:val="10223D"/>
      <w:sz w:val="21"/>
    </w:rPr>
  </w:style>
  <w:style w:type="paragraph" w:customStyle="1" w:styleId="CT_Caption">
    <w:name w:val="CT_Caption"/>
    <w:basedOn w:val="Normal"/>
    <w:pPr>
      <w:spacing w:before="0" w:after="160" w:line="276" w:lineRule="auto"/>
    </w:pPr>
    <w:rPr>
      <w:rFonts w:ascii="Arial" w:hAnsi="Arial" w:eastAsia="Arial"/>
      <w:b w:val="0"/>
      <w:color w:val="6A7D92"/>
      <w:sz w:val="17"/>
    </w:rPr>
  </w:style>
  <w:style w:type="paragraph" w:customStyle="1" w:styleId="CT_Code">
    <w:name w:val="CT_Code"/>
    <w:basedOn w:val="Normal"/>
    <w:pPr>
      <w:spacing w:before="0" w:after="80" w:line="276" w:lineRule="auto"/>
    </w:pPr>
    <w:rPr>
      <w:rFonts w:ascii="Arial" w:hAnsi="Arial" w:eastAsia="Arial"/>
      <w:b w:val="0"/>
      <w:color w:val="EAF6FF"/>
      <w:sz w:val="16"/>
    </w:rPr>
  </w:style>
  <w:style w:type="paragraph" w:customStyle="1" w:styleId="CT_Callout">
    <w:name w:val="CT_Callout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Safety">
    <w:name w:val="CT_Safety"/>
    <w:basedOn w:val="Normal"/>
    <w:pPr>
      <w:spacing w:before="0" w:after="80" w:line="276" w:lineRule="auto"/>
    </w:pPr>
    <w:rPr>
      <w:rFonts w:ascii="Arial" w:hAnsi="Arial" w:eastAsia="Arial"/>
      <w:b w:val="0"/>
      <w:color w:val="10223D"/>
      <w:sz w:val="20"/>
    </w:rPr>
  </w:style>
  <w:style w:type="paragraph" w:customStyle="1" w:styleId="CT_Footer">
    <w:name w:val="CT_Footer"/>
    <w:basedOn w:val="Normal"/>
    <w:pPr>
      <w:spacing w:before="0" w:after="0" w:line="276" w:lineRule="auto"/>
    </w:pPr>
    <w:rPr>
      <w:rFonts w:ascii="Arial" w:hAnsi="Arial" w:eastAsia="Arial"/>
      <w:b w:val="0"/>
      <w:color w:val="6A7D92"/>
      <w:sz w:val="1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C3_BM-03_Mau_prompt_cong_vu</dc:title>
  <dc:subject>Template Master Word cho giáo trình/tài liệu hướng dẫn học AI công vụ</dc:subject>
  <dc:creator>CuongTech DocuForge AI</dc:creator>
  <cp:keywords>AI công vụ, giáo trình, Word template, CuongTech, DocuForge, Vietnamese Unicode</cp:keywords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