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60" w:before="80" w:line="269" w:lineRule="auto"/>
        <w:jc w:val="center"/>
      </w:pPr>
      <w:r>
        <w:rPr>
          <w:rFonts w:ascii="Arial" w:hAnsi="Arial" w:eastAsia="Arial"/>
          <w:b/>
          <w:bCs/>
          <w:color w:val="062B63"/>
          <w:sz w:val="22"/>
          <w:szCs w:val="22"/>
        </w:rPr>
        <w:t xml:space="preserve">UBND XÃ/PHƯỜNG ___________</w:t>
      </w:r>
    </w:p>
    <w:p>
      <w:pPr>
        <w:spacing w:after="60" w:before="0" w:line="269" w:lineRule="auto"/>
        <w:jc w:val="center"/>
      </w:pPr>
      <w:r>
        <w:rPr>
          <w:rFonts w:ascii="Arial" w:hAnsi="Arial" w:eastAsia="Arial"/>
          <w:b/>
          <w:bCs/>
          <w:color w:val="062B63"/>
          <w:sz w:val="22"/>
          <w:szCs w:val="22"/>
        </w:rPr>
        <w:t xml:space="preserve">TRUNG TÂM TẬP HUẤN AI CÔNG VỤ</w:t>
      </w:r>
    </w:p>
    <w:p>
      <w:pPr>
        <w:spacing w:after="60" w:before="80" w:line="269" w:lineRule="auto"/>
        <w:jc w:val="center"/>
      </w:pPr>
      <w:r>
        <w:rPr>
          <w:rFonts w:ascii="Arial" w:hAnsi="Arial" w:eastAsia="Arial"/>
          <w:b/>
          <w:color w:val="062B63"/>
          <w:sz w:val="22"/>
          <w:szCs w:val="24"/>
        </w:rPr>
        <w:t xml:space="preserve">─────────</w:t>
      </w:r>
    </w:p>
    <w:p>
      <w:pPr>
        <w:spacing w:after="60" w:before="200" w:line="269" w:lineRule="auto"/>
        <w:jc w:val="center"/>
      </w:pPr>
      <w:r>
        <w:rPr>
          <w:rFonts w:ascii="Arial" w:hAnsi="Arial" w:eastAsia="Arial"/>
          <w:b/>
          <w:bCs/>
          <w:color w:val="062B63"/>
          <w:sz w:val="30"/>
          <w:szCs w:val="28"/>
        </w:rPr>
        <w:t xml:space="preserve">BM-04 — </w:t>
      </w:r>
      <w:r>
        <w:rPr>
          <w:rFonts w:ascii="Arial" w:hAnsi="Arial" w:eastAsia="Arial"/>
          <w:b/>
          <w:bCs/>
          <w:color w:val="062B63"/>
          <w:sz w:val="30"/>
          <w:szCs w:val="28"/>
        </w:rPr>
        <w:t xml:space="preserve">PHIẾU THỰC HÀNH TÌNH HUỐNG</w:t>
      </w:r>
    </w:p>
    <w:p>
      <w:pPr>
        <w:spacing w:after="60" w:before="80" w:line="269" w:lineRule="auto"/>
        <w:ind w:firstLine="720"/>
      </w:pPr>
      <w:r>
        <w:rPr>
          <w:rFonts w:ascii="Arial" w:hAnsi="Arial" w:eastAsia="Arial"/>
          <w:b/>
          <w:bCs/>
          <w:i/>
          <w:iCs/>
          <w:color w:val="10223D"/>
          <w:sz w:val="24"/>
          <w:szCs w:val="24"/>
        </w:rPr>
        <w:t xml:space="preserve">Mục đích: </w:t>
      </w:r>
      <w:r>
        <w:rPr>
          <w:rFonts w:ascii="Arial" w:hAnsi="Arial" w:eastAsia="Arial"/>
          <w:b/>
          <w:i/>
          <w:iCs/>
          <w:color w:val="10223D"/>
          <w:sz w:val="24"/>
          <w:szCs w:val="24"/>
        </w:rPr>
        <w:t xml:space="preserve">Ghi tình huống cụ thể, nguồn đã dùng, prompt đã thử, kết quả AI trả về và phần cán bộ kiểm tra lại. Dùng trong giờ thực hành tại lớp và sau khóa.</w:t>
      </w:r>
    </w:p>
    <w:tbl>
      <w:tblPr>
        <w:tblW w:type="dxa" w:w="9360"/>
        <w:jc w:val="center"/>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685"/>
        <w:gridCol w:w="5556"/>
      </w:tblGrid>
      <w:tr>
        <w:trPr>
          <w:tblHeader w:val="true"/>
        </w:trPr>
        <w:tc>
          <w:tcPr>
            <w:tcW w:type="dxa" w:w="3685"/>
            <w:tcBorders>
              <w:top w:val="single" w:color="D9E8F7" w:sz="6" w:space="0"/>
              <w:left w:val="single" w:color="D9E8F7" w:sz="6" w:space="0"/>
              <w:bottom w:val="single" w:color="D9E8F7" w:sz="6" w:space="0"/>
              <w:right w:val="single" w:color="D9E8F7" w:sz="6" w:space="0"/>
            </w:tcBorders>
            <w:shd w:fill="0B66D8" w:val="clear"/>
            <w:tcMar>
              <w:top w:type="dxa" w:w="80"/>
              <w:left w:type="dxa" w:w="120"/>
              <w:bottom w:type="dxa" w:w="80"/>
              <w:right w:type="dxa" w:w="120"/>
            </w:tcMar>
            <w:vAlign w:val="center"/>
          </w:tcPr>
          <w:p>
            <w:pPr>
              <w:spacing w:after="40" w:before="40"/>
              <w:jc w:val="center"/>
            </w:pPr>
            <w:r>
              <w:rPr>
                <w:rFonts w:ascii="Arial" w:hAnsi="Arial" w:eastAsia="Arial"/>
                <w:b/>
                <w:bCs/>
                <w:color w:val="FFFFFF"/>
                <w:sz w:val="22"/>
                <w:szCs w:val="22"/>
              </w:rPr>
              <w:t xml:space="preserve">Học viên</w:t>
            </w:r>
          </w:p>
        </w:tc>
        <w:tc>
          <w:tcPr>
            <w:tcW w:type="dxa" w:w="5556"/>
            <w:tcBorders>
              <w:top w:val="single" w:color="D9E8F7" w:sz="6" w:space="0"/>
              <w:left w:val="single" w:color="D9E8F7" w:sz="6" w:space="0"/>
              <w:bottom w:val="single" w:color="D9E8F7" w:sz="6" w:space="0"/>
              <w:right w:val="single" w:color="D9E8F7" w:sz="6" w:space="0"/>
            </w:tcBorders>
            <w:tcMar>
              <w:top w:type="dxa" w:w="80"/>
              <w:left w:type="dxa" w:w="120"/>
              <w:bottom w:type="dxa" w:w="80"/>
              <w:right w:type="dxa" w:w="120"/>
            </w:tcMar>
            <w:vAlign w:val="center"/>
            <w:shd w:fill="0B66D8"/>
          </w:tcPr>
          <w:p>
            <w:pPr>
              <w:spacing w:after="40" w:before="40"/>
              <w:jc w:val="center"/>
            </w:pPr>
            <w:r>
              <w:rPr>
                <w:rFonts w:ascii="Arial" w:hAnsi="Arial" w:eastAsia="Arial"/>
                <w:b/>
                <w:color w:val="FFFFFF"/>
                <w:sz w:val="22"/>
                <w:szCs w:val="22"/>
              </w:rPr>
              <w:t xml:space="preserve">........................................................................</w:t>
            </w:r>
          </w:p>
        </w:tc>
      </w:tr>
      <w:tr>
        <w:tc>
          <w:tcPr>
            <w:tcW w:type="dxa" w:w="3685"/>
            <w:tcBorders>
              <w:top w:val="single" w:color="D9E8F7" w:sz="6" w:space="0"/>
              <w:left w:val="single" w:color="D9E8F7" w:sz="6" w:space="0"/>
              <w:bottom w:val="single" w:color="D9E8F7" w:sz="6" w:space="0"/>
              <w:right w:val="single" w:color="D9E8F7" w:sz="6" w:space="0"/>
            </w:tcBorders>
            <w:shd w:fill="D9EAF7" w:val="clear"/>
            <w:tcMar>
              <w:top w:type="dxa" w:w="80"/>
              <w:left w:type="dxa" w:w="120"/>
              <w:bottom w:type="dxa" w:w="80"/>
              <w:right w:type="dxa" w:w="120"/>
            </w:tcMar>
            <w:vAlign w:val="center"/>
          </w:tcPr>
          <w:p>
            <w:pPr>
              <w:spacing w:after="40" w:before="40"/>
            </w:pPr>
            <w:r>
              <w:rPr>
                <w:rFonts w:ascii="Arial" w:hAnsi="Arial" w:eastAsia="Arial"/>
                <w:b/>
                <w:bCs/>
                <w:sz w:val="22"/>
                <w:szCs w:val="22"/>
              </w:rPr>
              <w:t xml:space="preserve">Ngày thực hành</w:t>
            </w:r>
          </w:p>
        </w:tc>
        <w:tc>
          <w:tcPr>
            <w:tcW w:type="dxa" w:w="5556"/>
            <w:tcBorders>
              <w:top w:val="single" w:color="D9E8F7" w:sz="6" w:space="0"/>
              <w:left w:val="single" w:color="D9E8F7" w:sz="6" w:space="0"/>
              <w:bottom w:val="single" w:color="D9E8F7" w:sz="6" w:space="0"/>
              <w:right w:val="single" w:color="D9E8F7" w:sz="6" w:space="0"/>
            </w:tcBorders>
            <w:tcMar>
              <w:top w:type="dxa" w:w="80"/>
              <w:left w:type="dxa" w:w="120"/>
              <w:bottom w:type="dxa" w:w="80"/>
              <w:right w:type="dxa" w:w="120"/>
            </w:tcMar>
            <w:vAlign w:val="center"/>
          </w:tcPr>
          <w:p>
            <w:pPr>
              <w:spacing w:after="40" w:before="40"/>
            </w:pPr>
            <w:r>
              <w:rPr>
                <w:rFonts w:ascii="Arial" w:hAnsi="Arial" w:eastAsia="Arial"/>
                <w:sz w:val="22"/>
                <w:szCs w:val="22"/>
              </w:rPr>
              <w:t xml:space="preserve">........................................................................</w:t>
            </w:r>
          </w:p>
        </w:tc>
      </w:tr>
      <w:tr>
        <w:tc>
          <w:tcPr>
            <w:tcW w:type="dxa" w:w="3685"/>
            <w:tcBorders>
              <w:top w:val="single" w:color="D9E8F7" w:sz="6" w:space="0"/>
              <w:left w:val="single" w:color="D9E8F7" w:sz="6" w:space="0"/>
              <w:bottom w:val="single" w:color="D9E8F7" w:sz="6" w:space="0"/>
              <w:right w:val="single" w:color="D9E8F7" w:sz="6" w:space="0"/>
            </w:tcBorders>
            <w:shd w:fill="D9EAF7" w:val="clear"/>
            <w:tcMar>
              <w:top w:type="dxa" w:w="80"/>
              <w:left w:type="dxa" w:w="120"/>
              <w:bottom w:type="dxa" w:w="80"/>
              <w:right w:type="dxa" w:w="120"/>
            </w:tcMar>
            <w:vAlign w:val="center"/>
          </w:tcPr>
          <w:p>
            <w:pPr>
              <w:spacing w:after="40" w:before="40"/>
            </w:pPr>
            <w:r>
              <w:rPr>
                <w:rFonts w:ascii="Arial" w:hAnsi="Arial" w:eastAsia="Arial"/>
                <w:b/>
                <w:bCs/>
                <w:sz w:val="22"/>
                <w:szCs w:val="22"/>
              </w:rPr>
              <w:t xml:space="preserve">Lĩnh vực nghiệp vụ</w:t>
            </w:r>
          </w:p>
        </w:tc>
        <w:tc>
          <w:tcPr>
            <w:tcW w:type="dxa" w:w="5556"/>
            <w:tcBorders>
              <w:top w:val="single" w:color="D9E8F7" w:sz="6" w:space="0"/>
              <w:left w:val="single" w:color="D9E8F7" w:sz="6" w:space="0"/>
              <w:bottom w:val="single" w:color="D9E8F7" w:sz="6" w:space="0"/>
              <w:right w:val="single" w:color="D9E8F7" w:sz="6" w:space="0"/>
            </w:tcBorders>
            <w:tcMar>
              <w:top w:type="dxa" w:w="80"/>
              <w:left w:type="dxa" w:w="120"/>
              <w:bottom w:type="dxa" w:w="80"/>
              <w:right w:type="dxa" w:w="120"/>
            </w:tcMar>
            <w:vAlign w:val="center"/>
          </w:tcPr>
          <w:p>
            <w:pPr>
              <w:spacing w:after="40" w:before="40"/>
            </w:pPr>
            <w:r>
              <w:rPr>
                <w:rFonts w:ascii="Arial" w:hAnsi="Arial" w:eastAsia="Arial"/>
                <w:sz w:val="22"/>
                <w:szCs w:val="22"/>
              </w:rPr>
              <w:t xml:space="preserve">........................................................................</w:t>
            </w:r>
          </w:p>
        </w:tc>
      </w:tr>
      <w:tr>
        <w:tc>
          <w:tcPr>
            <w:tcW w:type="dxa" w:w="3685"/>
            <w:tcBorders>
              <w:top w:val="single" w:color="D9E8F7" w:sz="6" w:space="0"/>
              <w:left w:val="single" w:color="D9E8F7" w:sz="6" w:space="0"/>
              <w:bottom w:val="single" w:color="D9E8F7" w:sz="6" w:space="0"/>
              <w:right w:val="single" w:color="D9E8F7" w:sz="6" w:space="0"/>
            </w:tcBorders>
            <w:shd w:fill="D9EAF7" w:val="clear"/>
            <w:tcMar>
              <w:top w:type="dxa" w:w="80"/>
              <w:left w:type="dxa" w:w="120"/>
              <w:bottom w:type="dxa" w:w="80"/>
              <w:right w:type="dxa" w:w="120"/>
            </w:tcMar>
            <w:vAlign w:val="center"/>
          </w:tcPr>
          <w:p>
            <w:pPr>
              <w:spacing w:after="40" w:before="40"/>
            </w:pPr>
            <w:r>
              <w:rPr>
                <w:rFonts w:ascii="Arial" w:hAnsi="Arial" w:eastAsia="Arial"/>
                <w:b/>
                <w:bCs/>
                <w:sz w:val="22"/>
                <w:szCs w:val="22"/>
              </w:rPr>
              <w:t xml:space="preserve">Công cụ AI sử dụng</w:t>
            </w:r>
          </w:p>
        </w:tc>
        <w:tc>
          <w:tcPr>
            <w:tcW w:type="dxa" w:w="5556"/>
            <w:tcBorders>
              <w:top w:val="single" w:color="D9E8F7" w:sz="6" w:space="0"/>
              <w:left w:val="single" w:color="D9E8F7" w:sz="6" w:space="0"/>
              <w:bottom w:val="single" w:color="D9E8F7" w:sz="6" w:space="0"/>
              <w:right w:val="single" w:color="D9E8F7" w:sz="6" w:space="0"/>
            </w:tcBorders>
            <w:tcMar>
              <w:top w:type="dxa" w:w="80"/>
              <w:left w:type="dxa" w:w="120"/>
              <w:bottom w:type="dxa" w:w="80"/>
              <w:right w:type="dxa" w:w="120"/>
            </w:tcMar>
            <w:vAlign w:val="center"/>
          </w:tcPr>
          <w:p>
            <w:pPr>
              <w:spacing w:after="40" w:before="40"/>
            </w:pPr>
            <w:r>
              <w:rPr>
                <w:rFonts w:ascii="Arial" w:hAnsi="Arial" w:eastAsia="Arial"/>
                <w:sz w:val="22"/>
                <w:szCs w:val="22"/>
              </w:rPr>
              <w:t xml:space="preserve">☐ ChatGPT   ☐ Gemini   ☐ Claude   ☐ NotebookLM   ☐ Khác: ...........</w:t>
            </w:r>
          </w:p>
        </w:tc>
      </w:tr>
    </w:tbl>
    <w:p>
      <w:pPr>
        <w:spacing w:after="60" w:before="240" w:line="269" w:lineRule="auto"/>
      </w:pPr>
      <w:r>
        <w:rPr>
          <w:rFonts w:ascii="Arial" w:hAnsi="Arial" w:eastAsia="Arial"/>
          <w:b/>
          <w:bCs/>
          <w:color w:val="1F4E79"/>
          <w:sz w:val="26"/>
          <w:szCs w:val="26"/>
        </w:rPr>
        <w:t xml:space="preserve">1. TÌNH HUỐNG</w:t>
      </w:r>
    </w:p>
    <w:p>
      <w:pPr>
        <w:spacing w:after="60" w:before="80" w:line="269" w:lineRule="auto"/>
      </w:pPr>
      <w:r>
        <w:rPr>
          <w:rFonts w:ascii="Arial" w:hAnsi="Arial" w:eastAsia="Arial"/>
          <w:i/>
          <w:iCs/>
          <w:color w:val="808080"/>
          <w:sz w:val="20"/>
          <w:szCs w:val="20"/>
        </w:rPr>
        <w:t xml:space="preserve">Mô tả tình huống công vụ cụ thể (đã ẩn danh dữ liệu cá nhân):</w:t>
      </w:r>
    </w:p>
    <w:tbl>
      <w:tblPr>
        <w:tblW w:type="dxa" w:w="9360"/>
        <w:jc w:val="center"/>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9241"/>
      </w:tblGrid>
      <w:tr>
        <w:trPr>
          <w:tblHeader w:val="true"/>
        </w:trPr>
        <w:tc>
          <w:tcPr>
            <w:tcW w:type="dxa" w:w="9242"/>
            <w:tcBorders>
              <w:top w:val="single" w:color="D9E8F7" w:sz="6" w:space="0"/>
              <w:left w:val="single" w:color="D9E8F7" w:sz="6" w:space="0"/>
              <w:bottom w:val="single" w:color="D9E8F7" w:sz="6" w:space="0"/>
              <w:right w:val="single" w:color="D9E8F7" w:sz="6" w:space="0"/>
            </w:tcBorders>
            <w:tcMar>
              <w:top w:type="dxa" w:w="80"/>
              <w:left w:type="dxa" w:w="120"/>
              <w:bottom w:type="dxa" w:w="80"/>
              <w:right w:type="dxa" w:w="120"/>
            </w:tcMar>
            <w:vAlign w:val="center"/>
            <w:shd w:fill="0B66D8"/>
          </w:tcPr>
          <w:p>
            <w:pPr>
              <w:spacing w:after="60" w:before="60"/>
              <w:jc w:val="center"/>
            </w:pPr>
            <w:r>
              <w:rPr>
                <w:rFonts w:ascii="Arial" w:hAnsi="Arial" w:eastAsia="Arial"/>
                <w:b/>
                <w:color w:val="FFFFFF"/>
                <w:sz w:val="22"/>
                <w:szCs w:val="22"/>
              </w:rPr>
              <w:t xml:space="preserve">........................................................................................................................................................</w:t>
            </w:r>
          </w:p>
          <w:p>
            <w:pPr>
              <w:spacing w:after="60" w:before="60"/>
              <w:jc w:val="center"/>
            </w:pPr>
            <w:r>
              <w:rPr>
                <w:rFonts w:ascii="Arial" w:hAnsi="Arial" w:eastAsia="Arial"/>
                <w:b/>
                <w:color w:val="FFFFFF"/>
                <w:sz w:val="22"/>
                <w:szCs w:val="22"/>
              </w:rPr>
              <w:t xml:space="preserve">........................................................................................................................................................</w:t>
            </w:r>
          </w:p>
          <w:p>
            <w:pPr>
              <w:spacing w:after="60" w:before="60"/>
              <w:jc w:val="center"/>
            </w:pPr>
            <w:r>
              <w:rPr>
                <w:rFonts w:ascii="Arial" w:hAnsi="Arial" w:eastAsia="Arial"/>
                <w:b/>
                <w:color w:val="FFFFFF"/>
                <w:sz w:val="22"/>
                <w:szCs w:val="22"/>
              </w:rPr>
              <w:t xml:space="preserve">........................................................................................................................................................</w:t>
            </w:r>
          </w:p>
          <w:p>
            <w:pPr>
              <w:spacing w:after="60" w:before="60"/>
              <w:jc w:val="center"/>
            </w:pPr>
            <w:r>
              <w:rPr>
                <w:rFonts w:ascii="Arial" w:hAnsi="Arial" w:eastAsia="Arial"/>
                <w:b/>
                <w:color w:val="FFFFFF"/>
                <w:sz w:val="22"/>
                <w:szCs w:val="22"/>
              </w:rPr>
              <w:t xml:space="preserve">........................................................................................................................................................</w:t>
            </w:r>
          </w:p>
          <w:p>
            <w:pPr>
              <w:spacing w:after="60" w:before="60"/>
              <w:jc w:val="center"/>
            </w:pPr>
            <w:r>
              <w:rPr>
                <w:rFonts w:ascii="Arial" w:hAnsi="Arial" w:eastAsia="Arial"/>
                <w:b/>
                <w:color w:val="FFFFFF"/>
                <w:sz w:val="22"/>
                <w:szCs w:val="22"/>
              </w:rPr>
              <w:t xml:space="preserve">........................................................................................................................................................</w:t>
            </w:r>
          </w:p>
        </w:tc>
      </w:tr>
    </w:tbl>
    <w:p>
      <w:pPr>
        <w:spacing w:after="60" w:before="240" w:line="269" w:lineRule="auto"/>
      </w:pPr>
      <w:r>
        <w:rPr>
          <w:rFonts w:ascii="Arial" w:hAnsi="Arial" w:eastAsia="Arial"/>
          <w:b/>
          <w:bCs/>
          <w:color w:val="1F4E79"/>
          <w:sz w:val="26"/>
          <w:szCs w:val="26"/>
        </w:rPr>
        <w:t xml:space="preserve">2. NGUỒN ĐÃ DÙNG</w:t>
      </w:r>
    </w:p>
    <w:p>
      <w:pPr>
        <w:spacing w:after="60" w:before="80" w:line="269" w:lineRule="auto"/>
      </w:pPr>
      <w:r>
        <w:rPr>
          <w:rFonts w:ascii="Arial" w:hAnsi="Arial" w:eastAsia="Arial"/>
          <w:i/>
          <w:iCs/>
          <w:color w:val="808080"/>
          <w:sz w:val="20"/>
          <w:szCs w:val="20"/>
        </w:rPr>
        <w:t xml:space="preserve">Liệt kê tài liệu, quy định, biểu mẫu đã nạp cho AI hoặc đã tham chiếu:</w:t>
      </w:r>
    </w:p>
    <w:tbl>
      <w:tblPr>
        <w:tblW w:type="dxa" w:w="9360"/>
        <w:jc w:val="center"/>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9241"/>
      </w:tblGrid>
      <w:tr>
        <w:trPr>
          <w:tblHeader w:val="true"/>
        </w:trPr>
        <w:tc>
          <w:tcPr>
            <w:tcW w:type="dxa" w:w="9242"/>
            <w:tcBorders>
              <w:top w:val="single" w:color="D9E8F7" w:sz="6" w:space="0"/>
              <w:left w:val="single" w:color="D9E8F7" w:sz="6" w:space="0"/>
              <w:bottom w:val="single" w:color="D9E8F7" w:sz="6" w:space="0"/>
              <w:right w:val="single" w:color="D9E8F7" w:sz="6" w:space="0"/>
            </w:tcBorders>
            <w:tcMar>
              <w:top w:type="dxa" w:w="80"/>
              <w:left w:type="dxa" w:w="120"/>
              <w:bottom w:type="dxa" w:w="80"/>
              <w:right w:type="dxa" w:w="120"/>
            </w:tcMar>
            <w:vAlign w:val="center"/>
            <w:shd w:fill="0B66D8"/>
          </w:tcPr>
          <w:p>
            <w:pPr>
              <w:spacing w:after="60" w:before="60"/>
              <w:jc w:val="center"/>
            </w:pPr>
            <w:r>
              <w:rPr>
                <w:rFonts w:ascii="Arial" w:hAnsi="Arial" w:eastAsia="Arial"/>
                <w:b/>
                <w:color w:val="FFFFFF"/>
                <w:sz w:val="22"/>
                <w:szCs w:val="22"/>
              </w:rPr>
              <w:t xml:space="preserve">– .................................................................................................................................................</w:t>
            </w:r>
          </w:p>
          <w:p>
            <w:pPr>
              <w:spacing w:after="60" w:before="60"/>
              <w:jc w:val="center"/>
            </w:pPr>
            <w:r>
              <w:rPr>
                <w:rFonts w:ascii="Arial" w:hAnsi="Arial" w:eastAsia="Arial"/>
                <w:b/>
                <w:color w:val="FFFFFF"/>
                <w:sz w:val="22"/>
                <w:szCs w:val="22"/>
              </w:rPr>
              <w:t xml:space="preserve">– .................................................................................................................................................</w:t>
            </w:r>
          </w:p>
          <w:p>
            <w:pPr>
              <w:spacing w:after="60" w:before="60"/>
              <w:jc w:val="center"/>
            </w:pPr>
            <w:r>
              <w:rPr>
                <w:rFonts w:ascii="Arial" w:hAnsi="Arial" w:eastAsia="Arial"/>
                <w:b/>
                <w:color w:val="FFFFFF"/>
                <w:sz w:val="22"/>
                <w:szCs w:val="22"/>
              </w:rPr>
              <w:t xml:space="preserve">– .................................................................................................................................................</w:t>
            </w:r>
          </w:p>
        </w:tc>
      </w:tr>
    </w:tbl>
    <w:p>
      <w:pPr>
        <w:spacing w:after="60" w:before="240" w:line="269" w:lineRule="auto"/>
      </w:pPr>
      <w:r>
        <w:rPr>
          <w:rFonts w:ascii="Arial" w:hAnsi="Arial" w:eastAsia="Arial"/>
          <w:b/>
          <w:bCs/>
          <w:color w:val="1F4E79"/>
          <w:sz w:val="26"/>
          <w:szCs w:val="26"/>
        </w:rPr>
        <w:t xml:space="preserve">3. PROMPT ĐÃ THỬ</w:t>
      </w:r>
    </w:p>
    <w:p>
      <w:pPr>
        <w:spacing w:after="60" w:before="80" w:line="269" w:lineRule="auto"/>
      </w:pPr>
      <w:r>
        <w:rPr>
          <w:rFonts w:ascii="Arial" w:hAnsi="Arial" w:eastAsia="Arial"/>
          <w:i/>
          <w:iCs/>
          <w:color w:val="808080"/>
          <w:sz w:val="20"/>
          <w:szCs w:val="20"/>
        </w:rPr>
        <w:t xml:space="preserve">Copy nguyên văn prompt đã gửi cho AI:</w:t>
      </w:r>
    </w:p>
    <w:tbl>
      <w:tblPr>
        <w:tblW w:type="dxa" w:w="9360"/>
        <w:jc w:val="center"/>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9241"/>
      </w:tblGrid>
      <w:tr>
        <w:trPr>
          <w:tblHeader w:val="true"/>
        </w:trPr>
        <w:tc>
          <w:tcPr>
            <w:tcW w:type="dxa" w:w="9242"/>
            <w:tcBorders>
              <w:top w:val="single" w:color="D9E8F7" w:sz="6" w:space="0"/>
              <w:left w:val="single" w:color="D9E8F7" w:sz="6" w:space="0"/>
              <w:bottom w:val="single" w:color="D9E8F7" w:sz="6" w:space="0"/>
              <w:right w:val="single" w:color="D9E8F7" w:sz="6" w:space="0"/>
            </w:tcBorders>
            <w:shd w:fill="0B66D8" w:val="clear"/>
            <w:tcMar>
              <w:top w:type="dxa" w:w="80"/>
              <w:left w:type="dxa" w:w="120"/>
              <w:bottom w:type="dxa" w:w="80"/>
              <w:right w:type="dxa" w:w="120"/>
            </w:tcMar>
            <w:vAlign w:val="center"/>
          </w:tcPr>
          <w:p>
            <w:pPr>
              <w:spacing w:after="80" w:before="80"/>
              <w:jc w:val="center"/>
            </w:pPr>
            <w:r>
              <w:rPr>
                <w:rFonts w:ascii="Arial" w:cs="Consolas" w:eastAsia="Arial" w:hAnsi="Arial"/>
                <w:b/>
                <w:color w:val="FFFFFF"/>
                <w:sz w:val="22"/>
                <w:szCs w:val="22"/>
              </w:rPr>
              <w:t xml:space="preserve"> </w:t>
            </w:r>
          </w:p>
          <w:p>
            <w:pPr>
              <w:spacing w:after="80" w:before="80"/>
              <w:jc w:val="center"/>
            </w:pPr>
            <w:r>
              <w:rPr>
                <w:rFonts w:ascii="Arial" w:cs="Consolas" w:eastAsia="Arial" w:hAnsi="Arial"/>
                <w:b/>
                <w:color w:val="FFFFFF"/>
                <w:sz w:val="22"/>
                <w:szCs w:val="22"/>
              </w:rPr>
              <w:t xml:space="preserve"> </w:t>
            </w:r>
          </w:p>
          <w:p>
            <w:pPr>
              <w:spacing w:after="80" w:before="80"/>
              <w:jc w:val="center"/>
            </w:pPr>
            <w:r>
              <w:rPr>
                <w:rFonts w:ascii="Arial" w:cs="Consolas" w:eastAsia="Arial" w:hAnsi="Arial"/>
                <w:b/>
                <w:color w:val="FFFFFF"/>
                <w:sz w:val="22"/>
                <w:szCs w:val="22"/>
              </w:rPr>
              <w:t xml:space="preserve"> </w:t>
            </w:r>
          </w:p>
          <w:p>
            <w:pPr>
              <w:spacing w:after="80" w:before="80"/>
              <w:jc w:val="center"/>
            </w:pPr>
            <w:r>
              <w:rPr>
                <w:rFonts w:ascii="Arial" w:cs="Consolas" w:eastAsia="Arial" w:hAnsi="Arial"/>
                <w:b/>
                <w:color w:val="FFFFFF"/>
                <w:sz w:val="22"/>
                <w:szCs w:val="22"/>
              </w:rPr>
              <w:t xml:space="preserve"> </w:t>
            </w:r>
          </w:p>
          <w:p>
            <w:pPr>
              <w:spacing w:after="80" w:before="80"/>
              <w:jc w:val="center"/>
            </w:pPr>
            <w:r>
              <w:rPr>
                <w:rFonts w:ascii="Arial" w:cs="Consolas" w:eastAsia="Arial" w:hAnsi="Arial"/>
                <w:b/>
                <w:color w:val="FFFFFF"/>
                <w:sz w:val="22"/>
                <w:szCs w:val="22"/>
              </w:rPr>
              <w:t xml:space="preserve"> </w:t>
            </w:r>
          </w:p>
          <w:p>
            <w:pPr>
              <w:spacing w:after="80" w:before="80"/>
              <w:jc w:val="center"/>
            </w:pPr>
            <w:r>
              <w:rPr>
                <w:rFonts w:ascii="Arial" w:cs="Consolas" w:eastAsia="Arial" w:hAnsi="Arial"/>
                <w:b/>
                <w:color w:val="FFFFFF"/>
                <w:sz w:val="22"/>
                <w:szCs w:val="22"/>
              </w:rPr>
              <w:t xml:space="preserve"> </w:t>
            </w:r>
          </w:p>
        </w:tc>
      </w:tr>
    </w:tbl>
    <w:p>
      <w:pPr>
        <w:spacing w:after="60" w:before="240" w:line="269" w:lineRule="auto"/>
      </w:pPr>
      <w:r>
        <w:rPr>
          <w:rFonts w:ascii="Arial" w:hAnsi="Arial" w:eastAsia="Arial"/>
          <w:b/>
          <w:bCs/>
          <w:color w:val="1F4E79"/>
          <w:sz w:val="26"/>
          <w:szCs w:val="26"/>
        </w:rPr>
        <w:t xml:space="preserve">4. KẾT QUẢ AI TRẢ VỀ (TÓM TẮT)</w:t>
      </w:r>
    </w:p>
    <w:p>
      <w:pPr>
        <w:spacing w:after="60" w:before="80" w:line="269" w:lineRule="auto"/>
      </w:pPr>
      <w:r>
        <w:rPr>
          <w:rFonts w:ascii="Arial" w:hAnsi="Arial" w:eastAsia="Arial"/>
          <w:i/>
          <w:iCs/>
          <w:color w:val="808080"/>
          <w:sz w:val="20"/>
          <w:szCs w:val="20"/>
        </w:rPr>
        <w:t xml:space="preserve">Đánh giá ngắn: AI trả về có đúng yêu cầu không? Có sai sót gì?</w:t>
      </w:r>
    </w:p>
    <w:tbl>
      <w:tblPr>
        <w:tblW w:type="dxa" w:w="9360"/>
        <w:jc w:val="center"/>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9241"/>
      </w:tblGrid>
      <w:tr>
        <w:trPr>
          <w:tblHeader w:val="true"/>
        </w:trPr>
        <w:tc>
          <w:tcPr>
            <w:tcW w:type="dxa" w:w="9242"/>
            <w:tcBorders>
              <w:top w:val="single" w:color="D9E8F7" w:sz="6" w:space="0"/>
              <w:left w:val="single" w:color="D9E8F7" w:sz="6" w:space="0"/>
              <w:bottom w:val="single" w:color="D9E8F7" w:sz="6" w:space="0"/>
              <w:right w:val="single" w:color="D9E8F7" w:sz="6" w:space="0"/>
            </w:tcBorders>
            <w:tcMar>
              <w:top w:type="dxa" w:w="80"/>
              <w:left w:type="dxa" w:w="120"/>
              <w:bottom w:type="dxa" w:w="80"/>
              <w:right w:type="dxa" w:w="120"/>
            </w:tcMar>
            <w:vAlign w:val="center"/>
            <w:shd w:fill="0B66D8"/>
          </w:tcPr>
          <w:p>
            <w:pPr>
              <w:spacing w:after="80" w:before="80"/>
              <w:jc w:val="center"/>
            </w:pPr>
            <w:r>
              <w:rPr>
                <w:rFonts w:ascii="Arial" w:hAnsi="Arial" w:eastAsia="Arial"/>
                <w:b/>
                <w:color w:val="FFFFFF"/>
                <w:sz w:val="22"/>
                <w:szCs w:val="22"/>
              </w:rPr>
              <w:t xml:space="preserve"> </w:t>
            </w:r>
          </w:p>
          <w:p>
            <w:pPr>
              <w:spacing w:after="80" w:before="80"/>
              <w:jc w:val="center"/>
            </w:pPr>
            <w:r>
              <w:rPr>
                <w:rFonts w:ascii="Arial" w:hAnsi="Arial" w:eastAsia="Arial"/>
                <w:b/>
                <w:color w:val="FFFFFF"/>
                <w:sz w:val="22"/>
                <w:szCs w:val="22"/>
              </w:rPr>
              <w:t xml:space="preserve"> </w:t>
            </w:r>
          </w:p>
          <w:p>
            <w:pPr>
              <w:spacing w:after="80" w:before="80"/>
              <w:jc w:val="center"/>
            </w:pPr>
            <w:r>
              <w:rPr>
                <w:rFonts w:ascii="Arial" w:hAnsi="Arial" w:eastAsia="Arial"/>
                <w:b/>
                <w:color w:val="FFFFFF"/>
                <w:sz w:val="22"/>
                <w:szCs w:val="22"/>
              </w:rPr>
              <w:t xml:space="preserve"> </w:t>
            </w:r>
          </w:p>
          <w:p>
            <w:pPr>
              <w:spacing w:after="80" w:before="80"/>
              <w:jc w:val="center"/>
            </w:pPr>
            <w:r>
              <w:rPr>
                <w:rFonts w:ascii="Arial" w:hAnsi="Arial" w:eastAsia="Arial"/>
                <w:b/>
                <w:color w:val="FFFFFF"/>
                <w:sz w:val="22"/>
                <w:szCs w:val="22"/>
              </w:rPr>
              <w:t xml:space="preserve"> </w:t>
            </w:r>
          </w:p>
        </w:tc>
      </w:tr>
    </w:tbl>
    <w:p>
      <w:pPr>
        <w:spacing w:after="60" w:before="240" w:line="269" w:lineRule="auto"/>
      </w:pPr>
      <w:r>
        <w:rPr>
          <w:rFonts w:ascii="Arial" w:hAnsi="Arial" w:eastAsia="Arial"/>
          <w:b/>
          <w:bCs/>
          <w:color w:val="1F4E79"/>
          <w:sz w:val="26"/>
          <w:szCs w:val="26"/>
        </w:rPr>
        <w:t xml:space="preserve">5. CÁN BỘ KIỂM TRA LẠI</w:t>
      </w:r>
    </w:p>
    <w:p>
      <w:pPr>
        <w:spacing w:after="60" w:before="80" w:line="269" w:lineRule="auto"/>
        <w:ind w:left="720"/>
      </w:pPr>
      <w:r>
        <w:rPr>
          <w:rFonts w:ascii="Arial" w:hAnsi="Arial" w:eastAsia="Arial"/>
          <w:color w:val="10223D"/>
          <w:sz w:val="24"/>
          <w:szCs w:val="24"/>
        </w:rPr>
        <w:t xml:space="preserve">☐ Đã đối chiếu với nguồn chính thức</w:t>
      </w:r>
    </w:p>
    <w:p>
      <w:pPr>
        <w:spacing w:after="60" w:before="80" w:line="269" w:lineRule="auto"/>
        <w:ind w:left="720"/>
      </w:pPr>
      <w:r>
        <w:rPr>
          <w:rFonts w:ascii="Arial" w:hAnsi="Arial" w:eastAsia="Arial"/>
          <w:color w:val="10223D"/>
          <w:sz w:val="24"/>
          <w:szCs w:val="24"/>
        </w:rPr>
        <w:t xml:space="preserve">☐ Đã sửa lỗi diễn đạt</w:t>
      </w:r>
    </w:p>
    <w:p>
      <w:pPr>
        <w:spacing w:after="60" w:before="80" w:line="269" w:lineRule="auto"/>
        <w:ind w:left="720"/>
      </w:pPr>
      <w:r>
        <w:rPr>
          <w:rFonts w:ascii="Arial" w:hAnsi="Arial" w:eastAsia="Arial"/>
          <w:color w:val="10223D"/>
          <w:sz w:val="24"/>
          <w:szCs w:val="24"/>
        </w:rPr>
        <w:t xml:space="preserve">☐ Đã loại bỏ thông tin chưa có căn cứ</w:t>
      </w:r>
    </w:p>
    <w:p>
      <w:pPr>
        <w:spacing w:after="60" w:before="80" w:line="269" w:lineRule="auto"/>
        <w:ind w:left="720"/>
      </w:pPr>
      <w:r>
        <w:rPr>
          <w:rFonts w:ascii="Arial" w:hAnsi="Arial" w:eastAsia="Arial"/>
          <w:color w:val="10223D"/>
          <w:sz w:val="24"/>
          <w:szCs w:val="24"/>
        </w:rPr>
        <w:t xml:space="preserve">☐ Quyết định: ☐ Sử dụng được   ☐ Cần chỉnh sửa thêm   ☐ Không dùng được</w:t>
      </w:r>
    </w:p>
    <w:p>
      <w:pPr>
        <w:spacing w:after="60" w:before="200" w:line="269" w:lineRule="auto"/>
      </w:pPr>
      <w:r>
        <w:rPr>
          <w:rFonts w:ascii="Arial" w:hAnsi="Arial" w:eastAsia="Arial"/>
          <w:b/>
          <w:bCs/>
          <w:color w:val="10223D"/>
          <w:sz w:val="24"/>
          <w:szCs w:val="24"/>
        </w:rPr>
        <w:t xml:space="preserve">Ghi chú/Rút kinh nghiệm:</w:t>
      </w:r>
    </w:p>
    <w:p>
      <w:pPr>
        <w:spacing w:after="60" w:before="80" w:line="269" w:lineRule="auto"/>
      </w:pPr>
      <w:r>
        <w:rPr>
          <w:rFonts w:ascii="Arial" w:hAnsi="Arial" w:eastAsia="Arial"/>
          <w:color w:val="10223D"/>
          <w:sz w:val="24"/>
          <w:szCs w:val="24"/>
        </w:rPr>
        <w:t xml:space="preserve">........................................................................................................................................................</w:t>
      </w:r>
    </w:p>
    <w:p>
      <w:pPr>
        <w:spacing w:after="60" w:before="80" w:line="269" w:lineRule="auto"/>
      </w:pPr>
      <w:r>
        <w:rPr>
          <w:rFonts w:ascii="Arial" w:hAnsi="Arial" w:eastAsia="Arial"/>
          <w:color w:val="10223D"/>
          <w:sz w:val="24"/>
          <w:szCs w:val="24"/>
        </w:rPr>
        <w:t xml:space="preserve">........................................................................................................................................................</w:t>
      </w:r>
    </w:p>
    <w:p>
      <w:pPr>
        <w:spacing w:before="200"/>
      </w:pPr>
      <w:r>
        <w:rPr>
          <w:sz w:val="12"/>
          <w:szCs w:val="12"/>
        </w:rPr>
        <w:t xml:space="preserve"> </w:t>
      </w:r>
    </w:p>
    <w:p>
      <w:pPr>
        <w:spacing w:after="60" w:before="80" w:line="269" w:lineRule="auto"/>
        <w:jc w:val="center"/>
      </w:pPr>
      <w:r>
        <w:rPr>
          <w:rFonts w:ascii="Arial" w:hAnsi="Arial" w:eastAsia="Arial"/>
          <w:i/>
          <w:iCs/>
          <w:color w:val="808080"/>
          <w:sz w:val="18"/>
          <w:szCs w:val="18"/>
        </w:rPr>
        <w:t xml:space="preserve">Ghi chú: Biểu mẫu này thuộc Bộ tài liệu phái sinh kèm Đề cương Tập huấn AI Công vụ cấp Xã/Phường.</w:t>
      </w:r>
    </w:p>
    <w:sectPr w:rsidR="00FC693F" w:rsidRPr="0006063C" w:rsidSect="00034616">
      <w:headerReference w:type="default" r:id="rId9"/>
      <w:footerReference w:type="default" r:id="rId10"/>
      <w:pgSz w:w="11906" w:h="16838"/>
      <w:pgMar w:top="1446" w:right="1134" w:bottom="1134" w:left="1417" w:header="25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W w:type="auto" w:w="0"/>
      <w:jc w:val="center"/>
      <w:tblLayout w:type="fixed"/>
      <w:tblLook w:firstColumn="1" w:firstRow="1" w:lastColumn="0" w:lastRow="0" w:noHBand="0" w:noVBand="1" w:val="04A0"/>
    </w:tblPr>
    <w:tblGrid>
      <w:gridCol w:w="6520"/>
      <w:gridCol w:w="2835"/>
    </w:tblGrid>
    <w:tr>
      <w:tc>
        <w:tcPr>
          <w:tcW w:type="dxa" w:w="4677"/>
          <w:tcBorders>
            <w:top w:val="single" w:sz="0" w:space="0" w:color="FFFFFF"/>
            <w:left w:val="single" w:sz="0" w:space="0" w:color="FFFFFF"/>
            <w:bottom w:val="single" w:sz="0" w:space="0" w:color="FFFFFF"/>
            <w:right w:val="single" w:sz="0" w:space="0" w:color="FFFFFF"/>
          </w:tcBorders>
        </w:tcPr>
        <w:p>
          <w:r>
            <w:rPr>
              <w:rFonts w:ascii="Arial" w:hAnsi="Arial" w:eastAsia="Arial"/>
              <w:b w:val="0"/>
              <w:color w:val="5F7895"/>
              <w:sz w:val="16"/>
            </w:rPr>
            <w:t>CuongTech DocuForge AI - C3_BM-04_Phieu_thuc_hanh_tinh_huong</w:t>
          </w:r>
        </w:p>
      </w:tc>
      <w:tc>
        <w:tcPr>
          <w:tcW w:type="dxa" w:w="4677"/>
          <w:tcBorders>
            <w:top w:val="single" w:sz="0" w:space="0" w:color="FFFFFF"/>
            <w:left w:val="single" w:sz="0" w:space="0" w:color="FFFFFF"/>
            <w:bottom w:val="single" w:sz="0" w:space="0" w:color="FFFFFF"/>
            <w:right w:val="single" w:sz="0" w:space="0" w:color="FFFFFF"/>
          </w:tcBorders>
        </w:tcPr>
        <w:p>
          <w:pPr>
            <w:jc w:val="right"/>
          </w:pPr>
          <w:r>
            <w:rPr>
              <w:rFonts w:ascii="Arial" w:hAnsi="Arial" w:eastAsia="Arial"/>
              <w:b w:val="0"/>
              <w:color w:val="5F7895"/>
              <w:sz w:val="16"/>
            </w:rPr>
            <w:t xml:space="preserve">v1.0 | Trang </w:t>
          </w:r>
          <w:r>
            <w:fldChar w:fldCharType="begin"/>
          </w:r>
          <w:r>
            <w:instrText xml:space="preserve">PAGE</w:instrText>
          </w:r>
          <w:r>
            <w:fldChar w:fldCharType="separate"/>
          </w:r>
          <w:r>
            <w:t>1</w:t>
          </w:r>
          <w:r>
            <w:fldChar w:fldCharType="end"/>
          </w:r>
          <w:r>
            <w:rPr>
              <w:rFonts w:ascii="Arial" w:hAnsi="Arial" w:eastAsia="Arial"/>
              <w:b w:val="0"/>
              <w:color w:val="5F7895"/>
              <w:sz w:val="16"/>
            </w:rPr>
            <w:t>/</w:t>
          </w:r>
          <w:r>
            <w:fldChar w:fldCharType="begin"/>
          </w:r>
          <w:r>
            <w:instrText xml:space="preserve">NUMPAGES</w:instrText>
          </w:r>
          <w:r>
            <w:fldChar w:fldCharType="separate"/>
          </w:r>
          <w:r>
            <w:t>1</w:t>
          </w:r>
          <w:r>
            <w:fldChar w:fldCharType="end"/>
          </w:r>
        </w:p>
      </w:tc>
    </w:tr>
  </w:tbl>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before="0"/>
      <w:jc w:val="center"/>
    </w:pPr>
    <w:r>
      <w:drawing>
        <wp:inline xmlns:a="http://schemas.openxmlformats.org/drawingml/2006/main" xmlns:pic="http://schemas.openxmlformats.org/drawingml/2006/picture">
          <wp:extent cx="5940000" cy="726000"/>
          <wp:docPr id="1" name="Picture 1" descr="Image: item1.xml"/>
          <wp:cNvGraphicFramePr>
            <a:graphicFrameLocks noChangeAspect="1"/>
          </wp:cNvGraphicFramePr>
          <a:graphic>
            <a:graphicData uri="http://schemas.openxmlformats.org/drawingml/2006/picture">
              <pic:pic>
                <pic:nvPicPr>
                  <pic:cNvPr id="0" name="header_banner_word.png"/>
                  <pic:cNvPicPr/>
                </pic:nvPicPr>
                <pic:blipFill>
                  <a:blip r:embed="rId1"/>
                  <a:stretch>
                    <a:fillRect/>
                  </a:stretch>
                </pic:blipFill>
                <pic:spPr>
                  <a:xfrm>
                    <a:off x="0" y="0"/>
                    <a:ext cx="5940000" cy="726000"/>
                  </a:xfrm>
                  <a:prstGeom prst="rec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76" w:lineRule="auto"/>
    </w:pPr>
    <w:rPr>
      <w:rFonts w:ascii="Arial" w:hAnsi="Arial" w:eastAsia="Arial"/>
      <w:color w:val="10223D"/>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HeaderChar">
    <w:name w:val="Header Char"/>
    <w:basedOn w:val="DefaultParagraphFont"/>
    <w:link w:val="Header"/>
    <w:uiPriority w:val="99"/>
    <w:rsid w:val="00E618BF"/>
    <w:rPr>
      <w:rFonts w:ascii="Arial" w:hAnsi="Arial" w:eastAsia="Arial"/>
    </w:rPr>
  </w:style>
  <w:style w:type="paragraph" w:styleId="Footer">
    <w:name w:val="footer"/>
    <w:basedOn w:val="Normal"/>
    <w:link w:val="Foot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FooterChar">
    <w:name w:val="Footer Char"/>
    <w:basedOn w:val="DefaultParagraphFont"/>
    <w:link w:val="Footer"/>
    <w:uiPriority w:val="99"/>
    <w:rsid w:val="00E618BF"/>
    <w:rPr>
      <w:rFonts w:ascii="Arial" w:hAnsi="Arial" w:eastAsia="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w:hAnsi="Arial" w:eastAsia="Arial"/>
      <w:b/>
      <w:bCs/>
      <w:color w:val="062B63"/>
      <w:sz w:val="37"/>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w:hAnsi="Arial" w:eastAsia="Arial"/>
      <w:b/>
      <w:bCs/>
      <w:color w:val="0B66D8"/>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rial" w:hAnsi="Arial" w:eastAsia="Arial"/>
      <w:b/>
      <w:bCs/>
      <w:color w:val="062B63"/>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Arial" w:hAnsi="Arial" w:eastAsia="Arial"/>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Arial" w:hAnsi="Arial" w:eastAsia="Arial"/>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Arial" w:hAnsi="Arial" w:eastAsia="Arial"/>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Arial" w:hAnsi="Arial" w:eastAsia="Arial"/>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Arial" w:hAnsi="Arial" w:eastAsia="Arial"/>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Arial" w:hAnsi="Arial" w:eastAsia="Arial"/>
      <w:i/>
      <w:iCs/>
      <w:color w:val="404040" w:themeColor="text1" w:themeTint="BF"/>
      <w:sz w:val="20"/>
      <w:szCs w:val="20"/>
    </w:rPr>
  </w:style>
  <w:style w:type="character" w:default="1" w:styleId="DefaultParagraphFont">
    <w:name w:val="Default Paragraph Font"/>
    <w:uiPriority w:val="1"/>
    <w:semiHidden/>
    <w:unhideWhenUsed/>
    <w:rPr>
      <w:rFonts w:ascii="Arial" w:hAnsi="Arial" w:eastAsia="Arial"/>
    </w:rPr>
  </w:style>
  <w:style w:type="table" w:default="1" w:styleId="TableNormal">
    <w:name w:val="Normal Table"/>
    <w:uiPriority w:val="99"/>
    <w:semiHidden/>
    <w:unhideWhenUsed/>
    <w:rPr>
      <w:rFonts w:ascii="Arial" w:hAnsi="Arial" w:eastAsia="Arial"/>
    </w:rPr>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rPr>
      <w:rFonts w:ascii="Arial" w:hAnsi="Arial" w:eastAsia="Arial"/>
    </w:r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Arial" w:hAnsi="Arial" w:eastAsia="Arial"/>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Arial" w:hAnsi="Arial" w:eastAsia="Arial"/>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Arial" w:hAnsi="Arial" w:eastAsia="Arial"/>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rial" w:hAnsi="Arial" w:eastAsia="Arial"/>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Arial" w:hAnsi="Arial" w:eastAsia="Arial"/>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Arial" w:hAnsi="Arial" w:eastAsia="Arial"/>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Arial" w:hAnsi="Arial" w:eastAsia="Arial"/>
      <w:i/>
      <w:iCs/>
      <w:color w:val="4F81BD" w:themeColor="accent1"/>
      <w:spacing w:val="15"/>
      <w:sz w:val="24"/>
      <w:szCs w:val="24"/>
    </w:rPr>
  </w:style>
  <w:style w:type="paragraph" w:styleId="ListParagraph">
    <w:name w:val="List Paragraph"/>
    <w:basedOn w:val="Normal"/>
    <w:uiPriority w:val="34"/>
    <w:qFormat/>
    <w:rsid w:val="00FC693F"/>
    <w:pPr>
      <w:ind w:left="720"/>
      <w:contextualSpacing/>
    </w:pPr>
    <w:rPr>
      <w:rFonts w:ascii="Arial" w:hAnsi="Arial" w:eastAsia="Arial"/>
    </w:rPr>
  </w:style>
  <w:style w:type="paragraph" w:styleId="BodyText">
    <w:name w:val="Body Text"/>
    <w:basedOn w:val="Normal"/>
    <w:link w:val="BodyTextChar"/>
    <w:uiPriority w:val="99"/>
    <w:unhideWhenUsed/>
    <w:rsid w:val="00AA1D8D"/>
    <w:pPr>
      <w:spacing w:after="120"/>
    </w:pPr>
    <w:rPr>
      <w:rFonts w:ascii="Arial" w:hAnsi="Arial" w:eastAsia="Arial"/>
    </w:rPr>
  </w:style>
  <w:style w:type="character" w:customStyle="1" w:styleId="BodyTextChar">
    <w:name w:val="Body Text Char"/>
    <w:basedOn w:val="DefaultParagraphFont"/>
    <w:link w:val="BodyText"/>
    <w:uiPriority w:val="99"/>
    <w:rsid w:val="00AA1D8D"/>
    <w:rPr>
      <w:rFonts w:ascii="Arial" w:hAnsi="Arial" w:eastAsia="Arial"/>
    </w:rPr>
  </w:style>
  <w:style w:type="paragraph" w:styleId="BodyText2">
    <w:name w:val="Body Text 2"/>
    <w:basedOn w:val="Normal"/>
    <w:link w:val="BodyText2Char"/>
    <w:uiPriority w:val="99"/>
    <w:unhideWhenUsed/>
    <w:rsid w:val="00AA1D8D"/>
    <w:pPr>
      <w:spacing w:after="120" w:line="480" w:lineRule="auto"/>
    </w:pPr>
    <w:rPr>
      <w:rFonts w:ascii="Arial" w:hAnsi="Arial" w:eastAsia="Arial"/>
    </w:rPr>
  </w:style>
  <w:style w:type="character" w:customStyle="1" w:styleId="BodyText2Char">
    <w:name w:val="Body Text 2 Char"/>
    <w:basedOn w:val="DefaultParagraphFont"/>
    <w:link w:val="BodyText2"/>
    <w:uiPriority w:val="99"/>
    <w:rsid w:val="00AA1D8D"/>
    <w:rPr>
      <w:rFonts w:ascii="Arial" w:hAnsi="Arial" w:eastAsia="Arial"/>
    </w:rPr>
  </w:style>
  <w:style w:type="paragraph" w:styleId="BodyText3">
    <w:name w:val="Body Text 3"/>
    <w:basedOn w:val="Normal"/>
    <w:link w:val="BodyText3Char"/>
    <w:uiPriority w:val="99"/>
    <w:unhideWhenUsed/>
    <w:rsid w:val="00AA1D8D"/>
    <w:pPr>
      <w:spacing w:after="120"/>
    </w:pPr>
    <w:rPr>
      <w:rFonts w:ascii="Arial" w:hAnsi="Arial" w:eastAsia="Arial"/>
      <w:sz w:val="16"/>
      <w:szCs w:val="16"/>
    </w:rPr>
  </w:style>
  <w:style w:type="character" w:customStyle="1" w:styleId="BodyText3Char">
    <w:name w:val="Body Text 3 Char"/>
    <w:basedOn w:val="DefaultParagraphFont"/>
    <w:link w:val="BodyText3"/>
    <w:uiPriority w:val="99"/>
    <w:rsid w:val="00AA1D8D"/>
    <w:rPr>
      <w:rFonts w:ascii="Arial" w:hAnsi="Arial" w:eastAsia="Arial"/>
      <w:sz w:val="16"/>
      <w:szCs w:val="16"/>
    </w:rPr>
  </w:style>
  <w:style w:type="paragraph" w:styleId="List">
    <w:name w:val="List"/>
    <w:basedOn w:val="Normal"/>
    <w:uiPriority w:val="99"/>
    <w:unhideWhenUsed/>
    <w:rsid w:val="00AA1D8D"/>
    <w:pPr>
      <w:ind w:left="360" w:hanging="360"/>
      <w:contextualSpacing/>
    </w:pPr>
    <w:rPr>
      <w:rFonts w:ascii="Arial" w:hAnsi="Arial" w:eastAsia="Arial"/>
    </w:rPr>
  </w:style>
  <w:style w:type="paragraph" w:styleId="List2">
    <w:name w:val="List 2"/>
    <w:basedOn w:val="Normal"/>
    <w:uiPriority w:val="99"/>
    <w:unhideWhenUsed/>
    <w:rsid w:val="00326F90"/>
    <w:pPr>
      <w:ind w:left="720" w:hanging="360"/>
      <w:contextualSpacing/>
    </w:pPr>
    <w:rPr>
      <w:rFonts w:ascii="Arial" w:hAnsi="Arial" w:eastAsia="Arial"/>
    </w:rPr>
  </w:style>
  <w:style w:type="paragraph" w:styleId="List3">
    <w:name w:val="List 3"/>
    <w:basedOn w:val="Normal"/>
    <w:uiPriority w:val="99"/>
    <w:unhideWhenUsed/>
    <w:rsid w:val="00326F90"/>
    <w:pPr>
      <w:ind w:left="1080" w:hanging="360"/>
      <w:contextualSpacing/>
    </w:pPr>
    <w:rPr>
      <w:rFonts w:ascii="Arial" w:hAnsi="Arial" w:eastAsia="Arial"/>
    </w:rPr>
  </w:style>
  <w:style w:type="paragraph" w:styleId="ListBullet">
    <w:name w:val="List Bullet"/>
    <w:basedOn w:val="Normal"/>
    <w:uiPriority w:val="99"/>
    <w:unhideWhenUsed/>
    <w:rsid w:val="00326F90"/>
    <w:pPr>
      <w:numPr>
        <w:numId w:val="1"/>
      </w:numPr>
      <w:contextualSpacing/>
    </w:pPr>
    <w:rPr>
      <w:rFonts w:ascii="Arial" w:hAnsi="Arial" w:eastAsia="Arial"/>
    </w:rPr>
  </w:style>
  <w:style w:type="paragraph" w:styleId="ListBullet2">
    <w:name w:val="List Bullet 2"/>
    <w:basedOn w:val="Normal"/>
    <w:uiPriority w:val="99"/>
    <w:unhideWhenUsed/>
    <w:rsid w:val="00326F90"/>
    <w:pPr>
      <w:numPr>
        <w:numId w:val="2"/>
      </w:numPr>
      <w:contextualSpacing/>
    </w:pPr>
    <w:rPr>
      <w:rFonts w:ascii="Arial" w:hAnsi="Arial" w:eastAsia="Arial"/>
    </w:rPr>
  </w:style>
  <w:style w:type="paragraph" w:styleId="ListBullet3">
    <w:name w:val="List Bullet 3"/>
    <w:basedOn w:val="Normal"/>
    <w:uiPriority w:val="99"/>
    <w:unhideWhenUsed/>
    <w:rsid w:val="00326F90"/>
    <w:pPr>
      <w:numPr>
        <w:numId w:val="3"/>
      </w:numPr>
      <w:contextualSpacing/>
    </w:pPr>
    <w:rPr>
      <w:rFonts w:ascii="Arial" w:hAnsi="Arial" w:eastAsia="Arial"/>
    </w:rPr>
  </w:style>
  <w:style w:type="paragraph" w:styleId="ListNumber">
    <w:name w:val="List Number"/>
    <w:basedOn w:val="Normal"/>
    <w:uiPriority w:val="99"/>
    <w:unhideWhenUsed/>
    <w:rsid w:val="00326F90"/>
    <w:pPr>
      <w:numPr>
        <w:numId w:val="5"/>
      </w:numPr>
      <w:contextualSpacing/>
    </w:pPr>
    <w:rPr>
      <w:rFonts w:ascii="Arial" w:hAnsi="Arial" w:eastAsia="Arial"/>
    </w:rPr>
  </w:style>
  <w:style w:type="paragraph" w:styleId="ListNumber2">
    <w:name w:val="List Number 2"/>
    <w:basedOn w:val="Normal"/>
    <w:uiPriority w:val="99"/>
    <w:unhideWhenUsed/>
    <w:rsid w:val="0029639D"/>
    <w:pPr>
      <w:numPr>
        <w:numId w:val="6"/>
      </w:numPr>
      <w:contextualSpacing/>
    </w:pPr>
    <w:rPr>
      <w:rFonts w:ascii="Arial" w:hAnsi="Arial" w:eastAsia="Arial"/>
    </w:rPr>
  </w:style>
  <w:style w:type="paragraph" w:styleId="ListNumber3">
    <w:name w:val="List Number 3"/>
    <w:basedOn w:val="Normal"/>
    <w:uiPriority w:val="99"/>
    <w:unhideWhenUsed/>
    <w:rsid w:val="0029639D"/>
    <w:pPr>
      <w:numPr>
        <w:numId w:val="7"/>
      </w:numPr>
      <w:contextualSpacing/>
    </w:pPr>
    <w:rPr>
      <w:rFonts w:ascii="Arial" w:hAnsi="Arial" w:eastAsia="Arial"/>
    </w:rPr>
  </w:style>
  <w:style w:type="paragraph" w:styleId="ListContinue">
    <w:name w:val="List Continue"/>
    <w:basedOn w:val="Normal"/>
    <w:uiPriority w:val="99"/>
    <w:unhideWhenUsed/>
    <w:rsid w:val="0029639D"/>
    <w:pPr>
      <w:spacing w:after="120"/>
      <w:ind w:left="360"/>
      <w:contextualSpacing/>
    </w:pPr>
    <w:rPr>
      <w:rFonts w:ascii="Arial" w:hAnsi="Arial" w:eastAsia="Arial"/>
    </w:rPr>
  </w:style>
  <w:style w:type="paragraph" w:styleId="ListContinue2">
    <w:name w:val="List Continue 2"/>
    <w:basedOn w:val="Normal"/>
    <w:uiPriority w:val="99"/>
    <w:unhideWhenUsed/>
    <w:rsid w:val="0029639D"/>
    <w:pPr>
      <w:spacing w:after="120"/>
      <w:ind w:left="720"/>
      <w:contextualSpacing/>
    </w:pPr>
    <w:rPr>
      <w:rFonts w:ascii="Arial" w:hAnsi="Arial" w:eastAsia="Arial"/>
    </w:rPr>
  </w:style>
  <w:style w:type="paragraph" w:styleId="ListContinue3">
    <w:name w:val="List Continue 3"/>
    <w:basedOn w:val="Normal"/>
    <w:uiPriority w:val="99"/>
    <w:unhideWhenUsed/>
    <w:rsid w:val="0029639D"/>
    <w:pPr>
      <w:spacing w:after="120"/>
      <w:ind w:left="1080"/>
      <w:contextualSpacing/>
    </w:pPr>
    <w:rPr>
      <w:rFonts w:ascii="Arial" w:hAnsi="Arial" w:eastAsia="Arial"/>
    </w:r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Arial" w:hAnsi="Arial" w:eastAsia="Arial"/>
      <w:sz w:val="20"/>
      <w:szCs w:val="20"/>
    </w:rPr>
  </w:style>
  <w:style w:type="character" w:customStyle="1" w:styleId="MacroTextChar">
    <w:name w:val="Macro Text Char"/>
    <w:basedOn w:val="DefaultParagraphFont"/>
    <w:link w:val="MacroText"/>
    <w:uiPriority w:val="99"/>
    <w:rsid w:val="0029639D"/>
    <w:rPr>
      <w:rFonts w:ascii="Arial" w:hAnsi="Arial" w:eastAsia="Arial"/>
      <w:sz w:val="20"/>
      <w:szCs w:val="20"/>
    </w:rPr>
  </w:style>
  <w:style w:type="paragraph" w:styleId="Quote">
    <w:name w:val="Quote"/>
    <w:basedOn w:val="Normal"/>
    <w:next w:val="Normal"/>
    <w:link w:val="QuoteChar"/>
    <w:uiPriority w:val="29"/>
    <w:qFormat/>
    <w:rsid w:val="00FC693F"/>
    <w:rPr>
      <w:rFonts w:ascii="Arial" w:hAnsi="Arial" w:eastAsia="Arial"/>
      <w:i/>
      <w:iCs/>
      <w:color w:val="000000" w:themeColor="text1"/>
    </w:rPr>
  </w:style>
  <w:style w:type="character" w:customStyle="1" w:styleId="QuoteChar">
    <w:name w:val="Quote Char"/>
    <w:basedOn w:val="DefaultParagraphFont"/>
    <w:link w:val="Quote"/>
    <w:uiPriority w:val="29"/>
    <w:rsid w:val="00FC693F"/>
    <w:rPr>
      <w:rFonts w:ascii="Arial" w:hAnsi="Arial" w:eastAsia="Arial"/>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Arial" w:hAnsi="Arial" w:eastAsia="Arial"/>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Arial" w:hAnsi="Arial" w:eastAsia="Arial"/>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Arial" w:hAnsi="Arial" w:eastAsia="Arial"/>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Arial" w:hAnsi="Arial" w:eastAsia="Arial"/>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Arial" w:hAnsi="Arial" w:eastAsia="Arial"/>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Arial" w:hAnsi="Arial" w:eastAsia="Arial"/>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Arial" w:hAnsi="Arial" w:eastAsia="Arial"/>
      <w:b/>
      <w:bCs/>
      <w:color w:val="4F81BD" w:themeColor="accent1"/>
      <w:sz w:val="18"/>
      <w:szCs w:val="18"/>
    </w:rPr>
  </w:style>
  <w:style w:type="character" w:styleId="Strong">
    <w:name w:val="Strong"/>
    <w:basedOn w:val="DefaultParagraphFont"/>
    <w:uiPriority w:val="22"/>
    <w:qFormat/>
    <w:rsid w:val="00FC693F"/>
    <w:rPr>
      <w:rFonts w:ascii="Arial" w:hAnsi="Arial" w:eastAsia="Arial"/>
      <w:b/>
      <w:bCs/>
    </w:rPr>
  </w:style>
  <w:style w:type="character" w:styleId="Emphasis">
    <w:name w:val="Emphasis"/>
    <w:basedOn w:val="DefaultParagraphFont"/>
    <w:uiPriority w:val="20"/>
    <w:qFormat/>
    <w:rsid w:val="00FC693F"/>
    <w:rPr>
      <w:rFonts w:ascii="Arial" w:hAnsi="Arial" w:eastAsia="Arial"/>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Arial" w:hAnsi="Arial" w:eastAsia="Arial"/>
      <w:b/>
      <w:bCs/>
      <w:i/>
      <w:iCs/>
      <w:color w:val="4F81BD" w:themeColor="accent1"/>
    </w:rPr>
  </w:style>
  <w:style w:type="character" w:customStyle="1" w:styleId="IntenseQuoteChar">
    <w:name w:val="Intense Quote Char"/>
    <w:basedOn w:val="DefaultParagraphFont"/>
    <w:link w:val="IntenseQuote"/>
    <w:uiPriority w:val="30"/>
    <w:rsid w:val="00FC693F"/>
    <w:rPr>
      <w:rFonts w:ascii="Arial" w:hAnsi="Arial" w:eastAsia="Arial"/>
      <w:b/>
      <w:bCs/>
      <w:i/>
      <w:iCs/>
      <w:color w:val="4F81BD" w:themeColor="accent1"/>
    </w:rPr>
  </w:style>
  <w:style w:type="character" w:styleId="SubtleEmphasis">
    <w:name w:val="Subtle Emphasis"/>
    <w:basedOn w:val="DefaultParagraphFont"/>
    <w:uiPriority w:val="19"/>
    <w:qFormat/>
    <w:rsid w:val="00FC693F"/>
    <w:rPr>
      <w:rFonts w:ascii="Arial" w:hAnsi="Arial" w:eastAsia="Arial"/>
      <w:i/>
      <w:iCs/>
      <w:color w:val="808080" w:themeColor="text1" w:themeTint="7F"/>
    </w:rPr>
  </w:style>
  <w:style w:type="character" w:styleId="IntenseEmphasis">
    <w:name w:val="Intense Emphasis"/>
    <w:basedOn w:val="DefaultParagraphFont"/>
    <w:uiPriority w:val="21"/>
    <w:qFormat/>
    <w:rsid w:val="00FC693F"/>
    <w:rPr>
      <w:rFonts w:ascii="Arial" w:hAnsi="Arial" w:eastAsia="Arial"/>
      <w:b/>
      <w:bCs/>
      <w:i/>
      <w:iCs/>
      <w:color w:val="4F81BD" w:themeColor="accent1"/>
    </w:rPr>
  </w:style>
  <w:style w:type="character" w:styleId="SubtleReference">
    <w:name w:val="Subtle Reference"/>
    <w:basedOn w:val="DefaultParagraphFont"/>
    <w:uiPriority w:val="31"/>
    <w:qFormat/>
    <w:rsid w:val="00FC693F"/>
    <w:rPr>
      <w:rFonts w:ascii="Arial" w:hAnsi="Arial" w:eastAsia="Arial"/>
      <w:smallCaps/>
      <w:color w:val="C0504D" w:themeColor="accent2"/>
      <w:u w:val="single"/>
    </w:rPr>
  </w:style>
  <w:style w:type="character" w:styleId="IntenseReference">
    <w:name w:val="Intense Reference"/>
    <w:basedOn w:val="DefaultParagraphFont"/>
    <w:uiPriority w:val="32"/>
    <w:qFormat/>
    <w:rsid w:val="00FC693F"/>
    <w:rPr>
      <w:rFonts w:ascii="Arial" w:hAnsi="Arial" w:eastAsia="Arial"/>
      <w:b/>
      <w:bCs/>
      <w:smallCaps/>
      <w:color w:val="C0504D" w:themeColor="accent2"/>
      <w:spacing w:val="5"/>
      <w:u w:val="single"/>
    </w:rPr>
  </w:style>
  <w:style w:type="character" w:styleId="BookTitle">
    <w:name w:val="Book Title"/>
    <w:basedOn w:val="DefaultParagraphFont"/>
    <w:uiPriority w:val="33"/>
    <w:qFormat/>
    <w:rsid w:val="00FC693F"/>
    <w:rPr>
      <w:rFonts w:ascii="Arial" w:hAnsi="Arial" w:eastAsia="Arial"/>
      <w:b/>
      <w:bCs/>
      <w:smallCaps/>
      <w:spacing w:val="5"/>
    </w:rPr>
  </w:style>
  <w:style w:type="paragraph" w:styleId="TOCHeading">
    <w:name w:val="TOC Heading"/>
    <w:basedOn w:val="Heading1"/>
    <w:next w:val="Normal"/>
    <w:uiPriority w:val="39"/>
    <w:semiHidden/>
    <w:unhideWhenUsed/>
    <w:qFormat/>
    <w:rsid w:val="00FC693F"/>
    <w:pPr>
      <w:outlineLvl w:val="9"/>
    </w:pPr>
    <w:rPr>
      <w:rFonts w:ascii="Arial" w:hAnsi="Arial" w:eastAsia="Arial"/>
    </w:rPr>
  </w:style>
  <w:style w:type="table" w:styleId="TableGrid">
    <w:name w:val="Table Grid"/>
    <w:basedOn w:val="TableNormal"/>
    <w:uiPriority w:val="59"/>
    <w:rsid w:val="00FC693F"/>
    <w:pPr>
      <w:spacing w:after="0" w:line="240" w:lineRule="auto"/>
    </w:pPr>
    <w:rPr>
      <w:rFonts w:ascii="Arial" w:hAnsi="Arial"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Arial" w:hAnsi="Arial" w:eastAsia="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Arial" w:hAnsi="Arial" w:eastAsia="Arial"/>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Arial" w:hAnsi="Arial" w:eastAsia="Arial"/>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Arial" w:hAnsi="Arial" w:eastAsia="Arial"/>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Arial" w:hAnsi="Arial" w:eastAsia="Arial"/>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Arial" w:hAnsi="Arial" w:eastAsia="Arial"/>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Arial" w:hAnsi="Arial" w:eastAsia="Arial"/>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T_Title">
    <w:name w:val="CT_Title"/>
    <w:basedOn w:val="Normal"/>
    <w:pPr>
      <w:spacing w:before="120" w:after="160" w:line="269" w:lineRule="auto"/>
    </w:pPr>
    <w:rPr>
      <w:rFonts w:ascii="Arial" w:hAnsi="Arial" w:eastAsia="Arial"/>
      <w:b/>
      <w:color w:val="062B63"/>
      <w:sz w:val="37"/>
    </w:rPr>
  </w:style>
  <w:style w:type="paragraph" w:customStyle="1" w:styleId="CT_Subtitle">
    <w:name w:val="CT_Subtitle"/>
    <w:basedOn w:val="Normal"/>
    <w:pPr>
      <w:spacing w:before="0" w:after="120" w:line="276" w:lineRule="auto"/>
    </w:pPr>
    <w:rPr>
      <w:rFonts w:ascii="Arial" w:hAnsi="Arial" w:eastAsia="Arial"/>
      <w:b w:val="0"/>
      <w:color w:val="DCEEFF"/>
      <w:sz w:val="24"/>
    </w:rPr>
  </w:style>
  <w:style w:type="paragraph" w:customStyle="1" w:styleId="CT_H1">
    <w:name w:val="CT_H1"/>
    <w:basedOn w:val="Normal"/>
    <w:pPr>
      <w:spacing w:before="200" w:after="100" w:line="269" w:lineRule="auto"/>
    </w:pPr>
    <w:rPr>
      <w:rFonts w:ascii="Arial" w:hAnsi="Arial" w:eastAsia="Arial"/>
      <w:b/>
      <w:color w:val="062B63"/>
      <w:sz w:val="30"/>
    </w:rPr>
  </w:style>
  <w:style w:type="paragraph" w:customStyle="1" w:styleId="CT_H2">
    <w:name w:val="CT_H2"/>
    <w:basedOn w:val="Normal"/>
    <w:pPr>
      <w:spacing w:before="120" w:after="60" w:line="269" w:lineRule="auto"/>
    </w:pPr>
    <w:rPr>
      <w:rFonts w:ascii="Arial" w:hAnsi="Arial" w:eastAsia="Arial"/>
      <w:b/>
      <w:color w:val="0B66D8"/>
      <w:sz w:val="25"/>
    </w:rPr>
  </w:style>
  <w:style w:type="paragraph" w:customStyle="1" w:styleId="CT_H3">
    <w:name w:val="CT_H3"/>
    <w:basedOn w:val="Normal"/>
    <w:pPr>
      <w:spacing w:before="160" w:after="80" w:line="276" w:lineRule="auto"/>
    </w:pPr>
    <w:rPr>
      <w:rFonts w:ascii="Arial" w:hAnsi="Arial" w:eastAsia="Arial"/>
      <w:b/>
      <w:color w:val="062B63"/>
      <w:sz w:val="24"/>
    </w:rPr>
  </w:style>
  <w:style w:type="paragraph" w:customStyle="1" w:styleId="CT_Body">
    <w:name w:val="CT_Body"/>
    <w:basedOn w:val="Normal"/>
    <w:pPr>
      <w:spacing w:before="0" w:after="100" w:line="269" w:lineRule="auto"/>
    </w:pPr>
    <w:rPr>
      <w:rFonts w:ascii="Arial" w:hAnsi="Arial" w:eastAsia="Arial"/>
      <w:b w:val="0"/>
      <w:color w:val="10223D"/>
      <w:sz w:val="21"/>
    </w:rPr>
  </w:style>
  <w:style w:type="paragraph" w:customStyle="1" w:styleId="CT_Caption">
    <w:name w:val="CT_Caption"/>
    <w:basedOn w:val="Normal"/>
    <w:pPr>
      <w:spacing w:before="0" w:after="160" w:line="276" w:lineRule="auto"/>
    </w:pPr>
    <w:rPr>
      <w:rFonts w:ascii="Arial" w:hAnsi="Arial" w:eastAsia="Arial"/>
      <w:b w:val="0"/>
      <w:color w:val="6A7D92"/>
      <w:sz w:val="17"/>
    </w:rPr>
  </w:style>
  <w:style w:type="paragraph" w:customStyle="1" w:styleId="CT_Code">
    <w:name w:val="CT_Code"/>
    <w:basedOn w:val="Normal"/>
    <w:pPr>
      <w:spacing w:before="0" w:after="80" w:line="276" w:lineRule="auto"/>
    </w:pPr>
    <w:rPr>
      <w:rFonts w:ascii="Arial" w:hAnsi="Arial" w:eastAsia="Arial"/>
      <w:b w:val="0"/>
      <w:color w:val="EAF6FF"/>
      <w:sz w:val="16"/>
    </w:rPr>
  </w:style>
  <w:style w:type="paragraph" w:customStyle="1" w:styleId="CT_Callout">
    <w:name w:val="CT_Callout"/>
    <w:basedOn w:val="Normal"/>
    <w:pPr>
      <w:spacing w:before="0" w:after="80" w:line="276" w:lineRule="auto"/>
    </w:pPr>
    <w:rPr>
      <w:rFonts w:ascii="Arial" w:hAnsi="Arial" w:eastAsia="Arial"/>
      <w:b w:val="0"/>
      <w:color w:val="10223D"/>
      <w:sz w:val="20"/>
    </w:rPr>
  </w:style>
  <w:style w:type="paragraph" w:customStyle="1" w:styleId="CT_Safety">
    <w:name w:val="CT_Safety"/>
    <w:basedOn w:val="Normal"/>
    <w:pPr>
      <w:spacing w:before="0" w:after="80" w:line="276" w:lineRule="auto"/>
    </w:pPr>
    <w:rPr>
      <w:rFonts w:ascii="Arial" w:hAnsi="Arial" w:eastAsia="Arial"/>
      <w:b w:val="0"/>
      <w:color w:val="10223D"/>
      <w:sz w:val="20"/>
    </w:rPr>
  </w:style>
  <w:style w:type="paragraph" w:customStyle="1" w:styleId="CT_Footer">
    <w:name w:val="CT_Footer"/>
    <w:basedOn w:val="Normal"/>
    <w:pPr>
      <w:spacing w:before="0" w:after="0" w:line="276" w:lineRule="auto"/>
    </w:pPr>
    <w:rPr>
      <w:rFonts w:ascii="Arial" w:hAnsi="Arial" w:eastAsia="Arial"/>
      <w:b w:val="0"/>
      <w:color w:val="6A7D92"/>
      <w:sz w:val="1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C3_BM-04_Phieu_thuc_hanh_tinh_huong</dc:title>
  <dc:subject>Template Master Word cho giáo trình/tài liệu hướng dẫn học AI công vụ</dc:subject>
  <dc:creator>CuongTech DocuForge AI</dc:creator>
  <cp:keywords>AI công vụ, giáo trình, Word template, CuongTech, DocuForge, Vietnamese Unicode</cp:keywords>
  <dc:description>generated by python-docx</dc:description>
  <cp:lastModifiedBy/>
  <cp:revision>1</cp:revision>
  <dcterms:created xsi:type="dcterms:W3CDTF">2013-12-23T23:15:00Z</dcterms:created>
  <dcterms:modified xsi:type="dcterms:W3CDTF">2013-12-23T23:15:00Z</dcterms:modified>
  <cp:category/>
</cp:coreProperties>
</file>