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2"/>
        </w:rPr>
        <w:t xml:space="preserve">UBND XÃ/PHƯỜNG ___________</w:t>
      </w:r>
    </w:p>
    <w:p>
      <w:pPr>
        <w:spacing w:after="60" w:before="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2"/>
        </w:rPr>
        <w:t xml:space="preserve">TRUNG TÂM TẬP HUẤN AI CÔNG VỤ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color w:val="062B63"/>
          <w:sz w:val="22"/>
          <w:szCs w:val="24"/>
        </w:rPr>
        <w:t xml:space="preserve">─────────</w:t>
      </w:r>
    </w:p>
    <w:p>
      <w:pPr>
        <w:spacing w:after="60" w:before="200" w:line="269" w:lineRule="auto"/>
        <w:jc w:val="center"/>
      </w:pPr>
      <w:r>
        <w:rPr>
          <w:rFonts w:ascii="Arial" w:hAnsi="Arial" w:eastAsia="Arial"/>
          <w:b/>
          <w:bCs/>
          <w:color w:val="062B63"/>
          <w:sz w:val="30"/>
          <w:szCs w:val="28"/>
        </w:rPr>
        <w:t xml:space="preserve">BM-05 — </w:t>
      </w:r>
      <w:r>
        <w:rPr>
          <w:rFonts w:ascii="Arial" w:hAnsi="Arial" w:eastAsia="Arial"/>
          <w:b/>
          <w:bCs/>
          <w:color w:val="062B63"/>
          <w:sz w:val="30"/>
          <w:szCs w:val="28"/>
        </w:rPr>
        <w:t xml:space="preserve">NHẬT KÝ ÁP DỤNG AI SAU LỚP TẬP HUẤN</w:t>
      </w:r>
    </w:p>
    <w:p>
      <w:pPr>
        <w:spacing w:after="60" w:before="80" w:line="269" w:lineRule="auto"/>
        <w:ind w:firstLine="720"/>
      </w:pPr>
      <w:r>
        <w:rPr>
          <w:rFonts w:ascii="Arial" w:hAnsi="Arial" w:eastAsia="Arial"/>
          <w:b/>
          <w:bCs/>
          <w:i/>
          <w:iCs/>
          <w:color w:val="10223D"/>
          <w:sz w:val="24"/>
          <w:szCs w:val="24"/>
        </w:rPr>
        <w:t xml:space="preserve">Mục đích: </w:t>
      </w:r>
      <w:r>
        <w:rPr>
          <w:rFonts w:ascii="Arial" w:hAnsi="Arial" w:eastAsia="Arial"/>
          <w:b/>
          <w:i/>
          <w:iCs/>
          <w:color w:val="10223D"/>
          <w:sz w:val="24"/>
          <w:szCs w:val="24"/>
        </w:rPr>
        <w:t xml:space="preserve">Theo dõi việc đã thử áp dụng AI vào công việc, hiệu quả đạt được, rủi ro gặp phải và nội dung cần hỗ trợ thêm trong 30/60/90 ngày sau khóa.</w:t>
      </w:r>
    </w:p>
    <w:p>
      <w:pPr>
        <w:spacing w:before="160" w:after="60" w:line="269" w:lineRule="auto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Học viên: </w:t>
      </w:r>
      <w:r>
        <w:rPr>
          <w:rFonts w:ascii="Arial" w:hAnsi="Arial" w:eastAsia="Arial"/>
          <w:b/>
          <w:color w:val="10223D"/>
          <w:sz w:val="24"/>
          <w:szCs w:val="24"/>
        </w:rPr>
        <w:t xml:space="preserve">.....................................     </w:t>
      </w: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Khóa: </w:t>
      </w:r>
      <w:r>
        <w:rPr>
          <w:rFonts w:ascii="Arial" w:hAnsi="Arial" w:eastAsia="Arial"/>
          <w:b/>
          <w:color w:val="10223D"/>
          <w:sz w:val="24"/>
          <w:szCs w:val="24"/>
        </w:rPr>
        <w:t xml:space="preserve">TC-AICV-XP-_____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BẢNG GHI NHẬT KÝ (mỗi dòng = 1 lần thử áp dụng AI)</w:t>
      </w:r>
    </w:p>
    <w:tbl>
      <w:tblPr>
        <w:tblW w:type="dxa" w:w="9360"/>
        <w:jc w:val="center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134"/>
        <w:gridCol w:w="1417"/>
        <w:gridCol w:w="1928"/>
        <w:gridCol w:w="1871"/>
        <w:gridCol w:w="1587"/>
        <w:gridCol w:w="1417"/>
      </w:tblGrid>
      <w:tr>
        <w:trPr>
          <w:tblHeader/>
          <w:tblHeader w:val="true"/>
        </w:trP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0"/>
                <w:szCs w:val="20"/>
              </w:rPr>
              <w:t xml:space="preserve">Ngày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0"/>
                <w:szCs w:val="20"/>
              </w:rPr>
              <w:t xml:space="preserve">Nghiệp vụ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0"/>
                <w:szCs w:val="20"/>
              </w:rPr>
              <w:t xml:space="preserve">Việc đã thử dùng AI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0"/>
                <w:szCs w:val="20"/>
              </w:rPr>
              <w:t xml:space="preserve">Kết quả / hiệu quả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0"/>
                <w:szCs w:val="20"/>
              </w:rPr>
              <w:t xml:space="preserve">Rủi ro / khó khăn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0"/>
                <w:szCs w:val="20"/>
              </w:rPr>
              <w:t xml:space="preserve">Cần hỗ trợ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  <w:tr>
        <w:tc>
          <w:tcPr>
            <w:tcW w:type="dxa" w:w="1134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240"/>
            </w:pPr>
            <w:r>
              <w:rPr>
                <w:rFonts w:ascii="Arial" w:hAnsi="Arial" w:eastAsia="Arial"/>
                <w:sz w:val="20"/>
                <w:szCs w:val="20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92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871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58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  <w:tc>
          <w:tcPr>
            <w:tcW w:type="dxa" w:w="141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</w:pPr>
            <w:r>
              <w:rPr>
                <w:rFonts w:ascii="Arial" w:hAnsi="Arial" w:eastAsia="Arial"/>
                <w:sz w:val="22"/>
                <w:szCs w:val="22"/>
              </w:rPr>
              <w:t xml:space="preserve"> </w:t>
            </w:r>
          </w:p>
        </w:tc>
      </w:tr>
    </w:tbl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TỔNG KẾT 30 NGÀY</w:t>
      </w:r>
    </w:p>
    <w:p>
      <w:pPr>
        <w:spacing w:after="60" w:before="8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Số việc đã áp dụng AI: ............... việc</w:t>
      </w:r>
    </w:p>
    <w:p>
      <w:pPr>
        <w:spacing w:after="60" w:before="8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Việc giảm thời gian rõ rệt: ............... việc</w:t>
      </w:r>
    </w:p>
    <w:p>
      <w:pPr>
        <w:spacing w:after="60" w:before="8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Việc gặp rủi ro/sai sót: ............... việc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3 BÀI HỌC LỚN NHẤT SAU 30 NGÀY</w:t>
      </w:r>
    </w:p>
    <w:p>
      <w:pPr>
        <w:spacing w:after="60" w:before="80" w:line="269" w:lineRule="auto"/>
        <w:ind w:left="360"/>
      </w:pPr>
      <w:r>
        <w:rPr>
          <w:rFonts w:ascii="Arial" w:hAnsi="Arial" w:eastAsia="Arial"/>
          <w:color w:val="10223D"/>
          <w:sz w:val="24"/>
          <w:szCs w:val="24"/>
        </w:rPr>
        <w:t xml:space="preserve">1. .................................................................................................................................................</w:t>
      </w:r>
    </w:p>
    <w:p>
      <w:pPr>
        <w:spacing w:after="60" w:before="80" w:line="269" w:lineRule="auto"/>
        <w:ind w:left="360"/>
      </w:pPr>
      <w:r>
        <w:rPr>
          <w:rFonts w:ascii="Arial" w:hAnsi="Arial" w:eastAsia="Arial"/>
          <w:color w:val="10223D"/>
          <w:sz w:val="24"/>
          <w:szCs w:val="24"/>
        </w:rPr>
        <w:t xml:space="preserve">2. .................................................................................................................................................</w:t>
      </w:r>
    </w:p>
    <w:p>
      <w:pPr>
        <w:spacing w:after="60" w:before="80" w:line="269" w:lineRule="auto"/>
        <w:ind w:left="360"/>
      </w:pPr>
      <w:r>
        <w:rPr>
          <w:rFonts w:ascii="Arial" w:hAnsi="Arial" w:eastAsia="Arial"/>
          <w:color w:val="10223D"/>
          <w:sz w:val="24"/>
          <w:szCs w:val="24"/>
        </w:rPr>
        <w:t xml:space="preserve">3. .................................................................................................................................................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ĐỀ XUẤT TRUNG TÂM TẬP HUẤN AI CÔNG VỤ</w:t>
      </w:r>
    </w:p>
    <w:p>
      <w:pPr>
        <w:spacing w:after="60" w:before="10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Tôi cần được hỗ trợ thêm về:</w:t>
      </w:r>
    </w:p>
    <w:p>
      <w:pPr>
        <w:spacing w:after="60" w:before="8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........................................................................................................................................................</w:t>
      </w:r>
    </w:p>
    <w:p>
      <w:pPr>
        <w:spacing w:after="60" w:before="80" w:line="269" w:lineRule="auto"/>
      </w:pPr>
      <w:r>
        <w:rPr>
          <w:rFonts w:ascii="Arial" w:hAnsi="Arial" w:eastAsia="Arial"/>
          <w:color w:val="10223D"/>
          <w:sz w:val="24"/>
          <w:szCs w:val="24"/>
        </w:rPr>
        <w:t xml:space="preserve">........................................................................................................................................................</w:t>
      </w:r>
    </w:p>
    <w:p>
      <w:pPr>
        <w:spacing w:before="200"/>
      </w:pPr>
      <w:r>
        <w:rPr>
          <w:sz w:val="12"/>
          <w:szCs w:val="12"/>
        </w:rPr>
        <w:t xml:space="preserve"> 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i/>
          <w:iCs/>
          <w:color w:val="10223D"/>
          <w:sz w:val="22"/>
          <w:szCs w:val="22"/>
        </w:rPr>
        <w:t xml:space="preserve">Gửi nhật ký này về Trung tâm qua Zalo: </w:t>
      </w:r>
      <w:r>
        <w:rPr>
          <w:rFonts w:ascii="Arial" w:hAnsi="Arial" w:eastAsia="Arial"/>
          <w:b/>
          <w:bCs/>
          <w:i/>
          <w:iCs/>
          <w:color w:val="10223D"/>
          <w:sz w:val="22"/>
          <w:szCs w:val="22"/>
        </w:rPr>
        <w:t xml:space="preserve">0917183657</w:t>
      </w:r>
    </w:p>
    <w:p>
      <w:pPr>
        <w:spacing w:before="200"/>
      </w:pPr>
      <w:r>
        <w:rPr>
          <w:sz w:val="12"/>
          <w:szCs w:val="12"/>
        </w:rPr>
        <w:t xml:space="preserve"> 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i/>
          <w:iCs/>
          <w:color w:val="808080"/>
          <w:sz w:val="18"/>
          <w:szCs w:val="18"/>
        </w:rPr>
        <w:t xml:space="preserve">Ghi chú: Biểu mẫu này thuộc Bộ tài liệu phái sinh kèm Đề cương Tập huấn AI Công vụ cấp Xã/Phường.</w:t>
      </w:r>
    </w:p>
    <w:sectPr w:rsidR="00FC693F" w:rsidRPr="0006063C" w:rsidSect="00034616">
      <w:headerReference w:type="default" r:id="rId9"/>
      <w:footerReference w:type="default" r:id="rId10"/>
      <w:pgSz w:w="11906" w:h="16838"/>
      <w:pgMar w:top="1446" w:right="1134" w:bottom="1134" w:left="1417" w:header="255" w:footer="42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tbl>
    <w:tblPr>
      <w:tblW w:type="auto" w:w="0"/>
      <w:jc w:val="center"/>
      <w:tblLayout w:type="fixed"/>
      <w:tblLook w:firstColumn="1" w:firstRow="1" w:lastColumn="0" w:lastRow="0" w:noHBand="0" w:noVBand="1" w:val="04A0"/>
    </w:tblPr>
    <w:tblGrid>
      <w:gridCol w:w="6520"/>
      <w:gridCol w:w="2835"/>
    </w:tblGrid>
    <w:tr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r>
            <w:rPr>
              <w:rFonts w:ascii="Arial" w:hAnsi="Arial" w:eastAsia="Arial"/>
              <w:b w:val="0"/>
              <w:color w:val="5F7895"/>
              <w:sz w:val="16"/>
            </w:rPr>
            <w:t>CuongTech DocuForge AI - C3_BM-05_Nhat_ky_ap_dung_sau_lop</w:t>
          </w:r>
        </w:p>
      </w:tc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pPr>
            <w:jc w:val="right"/>
          </w:pPr>
          <w:r>
            <w:rPr>
              <w:rFonts w:ascii="Arial" w:hAnsi="Arial" w:eastAsia="Arial"/>
              <w:b w:val="0"/>
              <w:color w:val="5F7895"/>
              <w:sz w:val="16"/>
            </w:rPr>
            <w:t xml:space="preserve">v1.0 | Trang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 w:eastAsia="Arial"/>
              <w:b w:val="0"/>
              <w:color w:val="5F7895"/>
              <w:sz w:val="16"/>
            </w:rPr>
            <w:t>/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 w:before="0"/>
      <w:jc w:val="center"/>
    </w:pPr>
    <w:r>
      <w:drawing>
        <wp:inline xmlns:a="http://schemas.openxmlformats.org/drawingml/2006/main" xmlns:pic="http://schemas.openxmlformats.org/drawingml/2006/picture">
          <wp:extent cx="5940000" cy="726000"/>
          <wp:docPr id="1" name="Picture 1" descr="Image: item1.xml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header_banner_w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7260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76" w:lineRule="auto"/>
    </w:pPr>
    <w:rPr>
      <w:rFonts w:ascii="Arial" w:hAnsi="Arial" w:eastAsia="Arial"/>
      <w:color w:val="10223D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HeaderChar">
    <w:name w:val="Header Char"/>
    <w:basedOn w:val="DefaultParagraphFont"/>
    <w:link w:val="Header"/>
    <w:uiPriority w:val="99"/>
    <w:rsid w:val="00E618BF"/>
    <w:rPr>
      <w:rFonts w:ascii="Arial" w:hAnsi="Arial" w:eastAsia="Arial"/>
    </w:rPr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FooterChar">
    <w:name w:val="Footer Char"/>
    <w:basedOn w:val="DefaultParagraphFont"/>
    <w:link w:val="Footer"/>
    <w:uiPriority w:val="99"/>
    <w:rsid w:val="00E618BF"/>
    <w:rPr>
      <w:rFonts w:ascii="Arial" w:hAnsi="Arial" w:eastAsia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37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0B66D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Pr>
      <w:rFonts w:ascii="Arial" w:hAnsi="Arial" w:eastAsia="Arial"/>
    </w:rPr>
  </w:style>
  <w:style w:type="table" w:default="1" w:styleId="TableNormal">
    <w:name w:val="Normal Table"/>
    <w:uiPriority w:val="99"/>
    <w:semiHidden/>
    <w:unhideWhenUsed/>
    <w:rPr>
      <w:rFonts w:ascii="Arial" w:hAnsi="Arial" w:eastAsia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  <w:rPr>
      <w:rFonts w:ascii="Arial" w:hAnsi="Arial" w:eastAsia="Arial"/>
    </w:r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  <w:rPr>
      <w:rFonts w:ascii="Arial" w:hAnsi="Arial" w:eastAsia="Arial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  <w:rPr>
      <w:rFonts w:ascii="Arial" w:hAnsi="Arial" w:eastAsia="Arial"/>
    </w:rPr>
  </w:style>
  <w:style w:type="character" w:customStyle="1" w:styleId="BodyTextChar">
    <w:name w:val="Body Text Char"/>
    <w:basedOn w:val="DefaultParagraphFont"/>
    <w:link w:val="BodyText"/>
    <w:uiPriority w:val="99"/>
    <w:rsid w:val="00AA1D8D"/>
    <w:rPr>
      <w:rFonts w:ascii="Arial" w:hAnsi="Arial" w:eastAsia="Arial"/>
    </w:rPr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  <w:rPr>
      <w:rFonts w:ascii="Arial" w:hAnsi="Arial" w:eastAsia="Arial"/>
    </w:rPr>
  </w:style>
  <w:style w:type="character" w:customStyle="1" w:styleId="BodyText2Char">
    <w:name w:val="Body Text 2 Char"/>
    <w:basedOn w:val="DefaultParagraphFont"/>
    <w:link w:val="BodyText2"/>
    <w:uiPriority w:val="99"/>
    <w:rsid w:val="00AA1D8D"/>
    <w:rPr>
      <w:rFonts w:ascii="Arial" w:hAnsi="Arial" w:eastAsia="Arial"/>
    </w:rPr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Arial" w:hAnsi="Arial" w:eastAsia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Arial" w:hAnsi="Arial" w:eastAsia="Arial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  <w:rPr>
      <w:rFonts w:ascii="Arial" w:hAnsi="Arial" w:eastAsia="Arial"/>
    </w:r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  <w:rPr>
      <w:rFonts w:ascii="Arial" w:hAnsi="Arial" w:eastAsia="Arial"/>
    </w:r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  <w:rPr>
      <w:rFonts w:ascii="Arial" w:hAnsi="Arial" w:eastAsia="Arial"/>
    </w:r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Arial" w:hAnsi="Arial" w:eastAsia="Arial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  <w:rPr>
      <w:rFonts w:ascii="Arial" w:hAnsi="Arial" w:eastAsia="Arial"/>
    </w:r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  <w:rPr>
      <w:rFonts w:ascii="Arial" w:hAnsi="Arial" w:eastAsia="Arial"/>
    </w:r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Arial" w:hAnsi="Arial" w:eastAsia="Arial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  <w:rPr>
      <w:rFonts w:ascii="Arial" w:hAnsi="Arial" w:eastAsia="Arial"/>
    </w:r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  <w:rPr>
      <w:rFonts w:ascii="Arial" w:hAnsi="Arial" w:eastAsia="Arial"/>
    </w:r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  <w:rPr>
      <w:rFonts w:ascii="Arial" w:hAnsi="Arial" w:eastAsia="Arial"/>
    </w:r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  <w:rPr>
      <w:rFonts w:ascii="Arial" w:hAnsi="Arial" w:eastAsia="Arial"/>
    </w:r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  <w:rPr>
      <w:rFonts w:ascii="Arial" w:hAnsi="Arial" w:eastAsia="Arial"/>
    </w:r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" w:hAnsi="Arial" w:eastAsia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Arial" w:hAnsi="Arial" w:eastAsia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Arial" w:hAnsi="Arial" w:eastAsia="Arial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Arial" w:hAnsi="Arial" w:eastAsia="Arial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Arial" w:hAnsi="Arial" w:eastAsia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eastAsia="Arial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Arial" w:hAnsi="Arial" w:eastAsia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Arial" w:hAnsi="Arial" w:eastAsia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Arial" w:hAnsi="Arial" w:eastAsia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Arial" w:hAnsi="Arial" w:eastAsia="Arial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>
      <w:rFonts w:ascii="Arial" w:hAnsi="Arial" w:eastAsia="Arial"/>
    </w:r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rPr>
      <w:rFonts w:ascii="Arial" w:hAnsi="Arial"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T_Title">
    <w:name w:val="CT_Title"/>
    <w:basedOn w:val="Normal"/>
    <w:pPr>
      <w:spacing w:before="120" w:after="160" w:line="269" w:lineRule="auto"/>
    </w:pPr>
    <w:rPr>
      <w:rFonts w:ascii="Arial" w:hAnsi="Arial" w:eastAsia="Arial"/>
      <w:b/>
      <w:color w:val="062B63"/>
      <w:sz w:val="37"/>
    </w:rPr>
  </w:style>
  <w:style w:type="paragraph" w:customStyle="1" w:styleId="CT_Subtitle">
    <w:name w:val="CT_Subtitle"/>
    <w:basedOn w:val="Normal"/>
    <w:pPr>
      <w:spacing w:before="0" w:after="120" w:line="276" w:lineRule="auto"/>
    </w:pPr>
    <w:rPr>
      <w:rFonts w:ascii="Arial" w:hAnsi="Arial" w:eastAsia="Arial"/>
      <w:b w:val="0"/>
      <w:color w:val="DCEEFF"/>
      <w:sz w:val="24"/>
    </w:rPr>
  </w:style>
  <w:style w:type="paragraph" w:customStyle="1" w:styleId="CT_H1">
    <w:name w:val="CT_H1"/>
    <w:basedOn w:val="Normal"/>
    <w:pPr>
      <w:spacing w:before="200" w:after="100" w:line="269" w:lineRule="auto"/>
    </w:pPr>
    <w:rPr>
      <w:rFonts w:ascii="Arial" w:hAnsi="Arial" w:eastAsia="Arial"/>
      <w:b/>
      <w:color w:val="062B63"/>
      <w:sz w:val="30"/>
    </w:rPr>
  </w:style>
  <w:style w:type="paragraph" w:customStyle="1" w:styleId="CT_H2">
    <w:name w:val="CT_H2"/>
    <w:basedOn w:val="Normal"/>
    <w:pPr>
      <w:spacing w:before="120" w:after="60" w:line="269" w:lineRule="auto"/>
    </w:pPr>
    <w:rPr>
      <w:rFonts w:ascii="Arial" w:hAnsi="Arial" w:eastAsia="Arial"/>
      <w:b/>
      <w:color w:val="0B66D8"/>
      <w:sz w:val="25"/>
    </w:rPr>
  </w:style>
  <w:style w:type="paragraph" w:customStyle="1" w:styleId="CT_H3">
    <w:name w:val="CT_H3"/>
    <w:basedOn w:val="Normal"/>
    <w:pPr>
      <w:spacing w:before="160" w:after="80" w:line="276" w:lineRule="auto"/>
    </w:pPr>
    <w:rPr>
      <w:rFonts w:ascii="Arial" w:hAnsi="Arial" w:eastAsia="Arial"/>
      <w:b/>
      <w:color w:val="062B63"/>
      <w:sz w:val="24"/>
    </w:rPr>
  </w:style>
  <w:style w:type="paragraph" w:customStyle="1" w:styleId="CT_Body">
    <w:name w:val="CT_Body"/>
    <w:basedOn w:val="Normal"/>
    <w:pPr>
      <w:spacing w:before="0" w:after="100" w:line="269" w:lineRule="auto"/>
    </w:pPr>
    <w:rPr>
      <w:rFonts w:ascii="Arial" w:hAnsi="Arial" w:eastAsia="Arial"/>
      <w:b w:val="0"/>
      <w:color w:val="10223D"/>
      <w:sz w:val="21"/>
    </w:rPr>
  </w:style>
  <w:style w:type="paragraph" w:customStyle="1" w:styleId="CT_Caption">
    <w:name w:val="CT_Caption"/>
    <w:basedOn w:val="Normal"/>
    <w:pPr>
      <w:spacing w:before="0" w:after="160" w:line="276" w:lineRule="auto"/>
    </w:pPr>
    <w:rPr>
      <w:rFonts w:ascii="Arial" w:hAnsi="Arial" w:eastAsia="Arial"/>
      <w:b w:val="0"/>
      <w:color w:val="6A7D92"/>
      <w:sz w:val="17"/>
    </w:rPr>
  </w:style>
  <w:style w:type="paragraph" w:customStyle="1" w:styleId="CT_Code">
    <w:name w:val="CT_Code"/>
    <w:basedOn w:val="Normal"/>
    <w:pPr>
      <w:spacing w:before="0" w:after="80" w:line="276" w:lineRule="auto"/>
    </w:pPr>
    <w:rPr>
      <w:rFonts w:ascii="Arial" w:hAnsi="Arial" w:eastAsia="Arial"/>
      <w:b w:val="0"/>
      <w:color w:val="EAF6FF"/>
      <w:sz w:val="16"/>
    </w:rPr>
  </w:style>
  <w:style w:type="paragraph" w:customStyle="1" w:styleId="CT_Callout">
    <w:name w:val="CT_Callout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Safety">
    <w:name w:val="CT_Safety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Footer">
    <w:name w:val="CT_Footer"/>
    <w:basedOn w:val="Normal"/>
    <w:pPr>
      <w:spacing w:before="0" w:after="0" w:line="276" w:lineRule="auto"/>
    </w:pPr>
    <w:rPr>
      <w:rFonts w:ascii="Arial" w:hAnsi="Arial" w:eastAsia="Arial"/>
      <w:b w:val="0"/>
      <w:color w:val="6A7D92"/>
      <w:sz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C3_BM-05_Nhat_ky_ap_dung_sau_lop</dc:title>
  <dc:subject>Template Master Word cho giáo trình/tài liệu hướng dẫn học AI công vụ</dc:subject>
  <dc:creator>CuongTech DocuForge AI</dc:creator>
  <cp:keywords>AI công vụ, giáo trình, Word template, CuongTech, DocuForge, Vietnamese Unicode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