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center"/>
      </w:pPr>
      <w:r>
        <w:rPr>
          <w:rFonts w:ascii="Arial" w:hAnsi="Arial" w:eastAsia="Arial"/>
          <w:b/>
          <w:color w:val="062B63"/>
          <w:sz w:val="32"/>
        </w:rPr>
        <w:t>INFOGRAPHIC 9 BƯỚC ĐÓNG NGUỒN AN TOÀN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688000" cy="8048537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age-1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8048537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headerReference w:type="default" r:id="rId9"/>
      <w:footerReference w:type="default" r:id="rId10"/>
      <w:pgSz w:w="11906" w:h="16838"/>
      <w:pgMar w:top="1446" w:right="1134" w:bottom="1134" w:left="1417" w:header="255" w:footer="425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tbl>
    <w:tblPr>
      <w:tblW w:type="auto" w:w="0"/>
      <w:jc w:val="center"/>
      <w:tblLayout w:type="fixed"/>
      <w:tblLook w:firstColumn="1" w:firstRow="1" w:lastColumn="0" w:lastRow="0" w:noHBand="0" w:noVBand="1" w:val="04A0"/>
    </w:tblPr>
    <w:tblGrid>
      <w:gridCol w:w="6520"/>
      <w:gridCol w:w="2835"/>
    </w:tblGrid>
    <w:tr>
      <w:tc>
        <w:tcPr>
          <w:tcW w:type="dxa" w:w="4677"/>
          <w:tcBorders>
            <w:top w:val="single" w:sz="0" w:space="0" w:color="FFFFFF"/>
            <w:left w:val="single" w:sz="0" w:space="0" w:color="FFFFFF"/>
            <w:bottom w:val="single" w:sz="0" w:space="0" w:color="FFFFFF"/>
            <w:right w:val="single" w:sz="0" w:space="0" w:color="FFFFFF"/>
          </w:tcBorders>
        </w:tcPr>
        <w:p>
          <w:r>
            <w:rPr>
              <w:rFonts w:ascii="Arial" w:hAnsi="Arial" w:eastAsia="Arial"/>
              <w:b w:val="0"/>
              <w:color w:val="5F7895"/>
              <w:sz w:val="16"/>
            </w:rPr>
            <w:t>CuongTech DocuForge AI - C5_Infographic_9_buoc_dong_nguon_an_toan</w:t>
          </w:r>
        </w:p>
      </w:tc>
      <w:tc>
        <w:tcPr>
          <w:tcW w:type="dxa" w:w="4677"/>
          <w:tcBorders>
            <w:top w:val="single" w:sz="0" w:space="0" w:color="FFFFFF"/>
            <w:left w:val="single" w:sz="0" w:space="0" w:color="FFFFFF"/>
            <w:bottom w:val="single" w:sz="0" w:space="0" w:color="FFFFFF"/>
            <w:right w:val="single" w:sz="0" w:space="0" w:color="FFFFFF"/>
          </w:tcBorders>
        </w:tcPr>
        <w:p>
          <w:pPr>
            <w:jc w:val="right"/>
          </w:pPr>
          <w:r>
            <w:rPr>
              <w:rFonts w:ascii="Arial" w:hAnsi="Arial" w:eastAsia="Arial"/>
              <w:b w:val="0"/>
              <w:color w:val="5F7895"/>
              <w:sz w:val="16"/>
            </w:rPr>
            <w:t xml:space="preserve">v1.0 | Trang </w:t>
          </w:r>
          <w:r>
            <w:fldChar w:fldCharType="begin"/>
          </w:r>
          <w:r>
            <w:instrText xml:space="preserve">PAGE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ascii="Arial" w:hAnsi="Arial" w:eastAsia="Arial"/>
              <w:b w:val="0"/>
              <w:color w:val="5F7895"/>
              <w:sz w:val="16"/>
            </w:rPr>
            <w:t>/</w:t>
          </w:r>
          <w:r>
            <w:fldChar w:fldCharType="begin"/>
          </w:r>
          <w:r>
            <w:instrText xml:space="preserve">NUMPAGES</w:instrText>
          </w:r>
          <w:r>
            <w:fldChar w:fldCharType="separate"/>
          </w:r>
          <w:r>
            <w:t>1</w:t>
          </w:r>
          <w:r>
            <w:fldChar w:fldCharType="end"/>
          </w:r>
        </w:p>
      </w:tc>
    </w:tr>
  </w:tbl>
</w:ftr>
</file>

<file path=word/header1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Header"/>
      <w:spacing w:after="0" w:before="0"/>
      <w:jc w:val="center"/>
    </w:pPr>
    <w:r>
      <w:drawing>
        <wp:inline xmlns:a="http://schemas.openxmlformats.org/drawingml/2006/main" xmlns:pic="http://schemas.openxmlformats.org/drawingml/2006/picture">
          <wp:extent cx="5940000" cy="726000"/>
          <wp:docPr id="1" name="Picture 1" descr="Image: item1.xml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header_banner_wor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726000"/>
                  </a:xfrm>
                  <a:prstGeom prst="rect"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pPr>
      <w:spacing w:after="120" w:line="276" w:lineRule="auto"/>
    </w:pPr>
    <w:rPr>
      <w:rFonts w:ascii="Arial" w:hAnsi="Arial" w:eastAsia="Arial"/>
      <w:color w:val="10223D"/>
      <w:sz w:val="22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  <w:rPr>
      <w:rFonts w:ascii="Arial" w:hAnsi="Arial" w:eastAsia="Arial"/>
    </w:rPr>
  </w:style>
  <w:style w:type="character" w:customStyle="1" w:styleId="HeaderChar">
    <w:name w:val="Header Char"/>
    <w:basedOn w:val="DefaultParagraphFont"/>
    <w:link w:val="Header"/>
    <w:uiPriority w:val="99"/>
    <w:rsid w:val="00E618BF"/>
    <w:rPr>
      <w:rFonts w:ascii="Arial" w:hAnsi="Arial" w:eastAsia="Arial"/>
    </w:rPr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  <w:rPr>
      <w:rFonts w:ascii="Arial" w:hAnsi="Arial" w:eastAsia="Arial"/>
    </w:rPr>
  </w:style>
  <w:style w:type="character" w:customStyle="1" w:styleId="FooterChar">
    <w:name w:val="Footer Char"/>
    <w:basedOn w:val="DefaultParagraphFont"/>
    <w:link w:val="Footer"/>
    <w:uiPriority w:val="99"/>
    <w:rsid w:val="00E618BF"/>
    <w:rPr>
      <w:rFonts w:ascii="Arial" w:hAnsi="Arial" w:eastAsia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Arial" w:hAnsi="Arial" w:eastAsia="Arial"/>
      <w:b/>
      <w:bCs/>
      <w:color w:val="062B63"/>
      <w:sz w:val="37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Arial" w:hAnsi="Arial" w:eastAsia="Arial"/>
      <w:b/>
      <w:bCs/>
      <w:color w:val="0B66D8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Arial" w:hAnsi="Arial" w:eastAsia="Arial"/>
      <w:b/>
      <w:bCs/>
      <w:color w:val="062B63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Arial" w:hAnsi="Arial" w:eastAsia="Arial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Arial" w:hAnsi="Arial" w:eastAsia="Arial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Arial" w:hAnsi="Arial" w:eastAsia="Arial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Arial" w:hAnsi="Arial" w:eastAsia="Arial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Arial" w:hAnsi="Arial" w:eastAsia="Arial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Arial" w:hAnsi="Arial" w:eastAsia="Arial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  <w:rPr>
      <w:rFonts w:ascii="Arial" w:hAnsi="Arial" w:eastAsia="Arial"/>
    </w:rPr>
  </w:style>
  <w:style w:type="table" w:default="1" w:styleId="TableNormal">
    <w:name w:val="Normal Table"/>
    <w:uiPriority w:val="99"/>
    <w:semiHidden/>
    <w:unhideWhenUsed/>
    <w:rPr>
      <w:rFonts w:ascii="Arial" w:hAnsi="Arial" w:eastAsia="Arial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  <w:rPr>
      <w:rFonts w:ascii="Arial" w:hAnsi="Arial" w:eastAsia="Arial"/>
    </w:r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 w:ascii="Arial" w:hAnsi="Arial" w:eastAsia="Arial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 w:ascii="Arial" w:hAnsi="Arial" w:eastAsia="Arial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 w:ascii="Arial" w:hAnsi="Arial" w:eastAsia="Arial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 w:ascii="Arial" w:hAnsi="Arial" w:eastAsia="Arial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 w:ascii="Arial" w:hAnsi="Arial" w:eastAsia="Arial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 w:ascii="Arial" w:hAnsi="Arial" w:eastAsia="Arial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 w:ascii="Arial" w:hAnsi="Arial" w:eastAsia="Arial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  <w:rPr>
      <w:rFonts w:ascii="Arial" w:hAnsi="Arial" w:eastAsia="Arial"/>
    </w:r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  <w:rPr>
      <w:rFonts w:ascii="Arial" w:hAnsi="Arial" w:eastAsia="Arial"/>
    </w:rPr>
  </w:style>
  <w:style w:type="character" w:customStyle="1" w:styleId="BodyTextChar">
    <w:name w:val="Body Text Char"/>
    <w:basedOn w:val="DefaultParagraphFont"/>
    <w:link w:val="BodyText"/>
    <w:uiPriority w:val="99"/>
    <w:rsid w:val="00AA1D8D"/>
    <w:rPr>
      <w:rFonts w:ascii="Arial" w:hAnsi="Arial" w:eastAsia="Arial"/>
    </w:rPr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  <w:rPr>
      <w:rFonts w:ascii="Arial" w:hAnsi="Arial" w:eastAsia="Arial"/>
    </w:rPr>
  </w:style>
  <w:style w:type="character" w:customStyle="1" w:styleId="BodyText2Char">
    <w:name w:val="Body Text 2 Char"/>
    <w:basedOn w:val="DefaultParagraphFont"/>
    <w:link w:val="BodyText2"/>
    <w:uiPriority w:val="99"/>
    <w:rsid w:val="00AA1D8D"/>
    <w:rPr>
      <w:rFonts w:ascii="Arial" w:hAnsi="Arial" w:eastAsia="Arial"/>
    </w:rPr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rFonts w:ascii="Arial" w:hAnsi="Arial" w:eastAsia="Arial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rFonts w:ascii="Arial" w:hAnsi="Arial" w:eastAsia="Arial"/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  <w:rPr>
      <w:rFonts w:ascii="Arial" w:hAnsi="Arial" w:eastAsia="Arial"/>
    </w:r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  <w:rPr>
      <w:rFonts w:ascii="Arial" w:hAnsi="Arial" w:eastAsia="Arial"/>
    </w:r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  <w:rPr>
      <w:rFonts w:ascii="Arial" w:hAnsi="Arial" w:eastAsia="Arial"/>
    </w:r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  <w:rPr>
      <w:rFonts w:ascii="Arial" w:hAnsi="Arial" w:eastAsia="Arial"/>
    </w:r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  <w:rPr>
      <w:rFonts w:ascii="Arial" w:hAnsi="Arial" w:eastAsia="Arial"/>
    </w:r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  <w:rPr>
      <w:rFonts w:ascii="Arial" w:hAnsi="Arial" w:eastAsia="Arial"/>
    </w:r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  <w:rPr>
      <w:rFonts w:ascii="Arial" w:hAnsi="Arial" w:eastAsia="Arial"/>
    </w:r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  <w:rPr>
      <w:rFonts w:ascii="Arial" w:hAnsi="Arial" w:eastAsia="Arial"/>
    </w:r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  <w:rPr>
      <w:rFonts w:ascii="Arial" w:hAnsi="Arial" w:eastAsia="Arial"/>
    </w:r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  <w:rPr>
      <w:rFonts w:ascii="Arial" w:hAnsi="Arial" w:eastAsia="Arial"/>
    </w:r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  <w:rPr>
      <w:rFonts w:ascii="Arial" w:hAnsi="Arial" w:eastAsia="Arial"/>
    </w:r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  <w:rPr>
      <w:rFonts w:ascii="Arial" w:hAnsi="Arial" w:eastAsia="Arial"/>
    </w:r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Arial" w:hAnsi="Arial" w:eastAsia="Arial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Arial" w:hAnsi="Arial" w:eastAsia="Arial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rFonts w:ascii="Arial" w:hAnsi="Arial" w:eastAsia="Arial"/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rFonts w:ascii="Arial" w:hAnsi="Arial" w:eastAsia="Arial"/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 w:ascii="Arial" w:hAnsi="Arial" w:eastAsia="Arial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 w:ascii="Arial" w:hAnsi="Arial" w:eastAsia="Arial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 w:ascii="Arial" w:hAnsi="Arial" w:eastAsia="Arial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 w:ascii="Arial" w:hAnsi="Arial" w:eastAsia="Arial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 w:ascii="Arial" w:hAnsi="Arial" w:eastAsia="Arial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 w:ascii="Arial" w:hAnsi="Arial" w:eastAsia="Arial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rFonts w:ascii="Arial" w:hAnsi="Arial" w:eastAsia="Arial"/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rFonts w:ascii="Arial" w:hAnsi="Arial" w:eastAsia="Arial"/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rFonts w:ascii="Arial" w:hAnsi="Arial" w:eastAsia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Arial" w:hAnsi="Arial" w:eastAsia="Arial"/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rFonts w:ascii="Arial" w:hAnsi="Arial" w:eastAsia="Arial"/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rFonts w:ascii="Arial" w:hAnsi="Arial" w:eastAsia="Arial"/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rFonts w:ascii="Arial" w:hAnsi="Arial" w:eastAsia="Arial"/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rFonts w:ascii="Arial" w:hAnsi="Arial" w:eastAsia="Arial"/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rFonts w:ascii="Arial" w:hAnsi="Arial" w:eastAsia="Arial"/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rFonts w:ascii="Arial" w:hAnsi="Arial" w:eastAsia="Arial"/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  <w:rPr>
      <w:rFonts w:ascii="Arial" w:hAnsi="Arial" w:eastAsia="Arial"/>
    </w:r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rPr>
      <w:rFonts w:ascii="Arial" w:hAnsi="Arial"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rFonts w:ascii="Arial" w:hAnsi="Arial" w:eastAsia="Arial"/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rFonts w:ascii="Arial" w:hAnsi="Arial" w:eastAsia="Arial"/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rFonts w:ascii="Arial" w:hAnsi="Arial" w:eastAsia="Arial"/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rFonts w:ascii="Arial" w:hAnsi="Arial" w:eastAsia="Arial"/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rFonts w:ascii="Arial" w:hAnsi="Arial" w:eastAsia="Arial"/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rFonts w:ascii="Arial" w:hAnsi="Arial" w:eastAsia="Arial"/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rFonts w:ascii="Arial" w:hAnsi="Arial" w:eastAsia="Arial"/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rFonts w:ascii="Arial" w:hAnsi="Arial" w:eastAsia="Arial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rFonts w:ascii="Arial" w:hAnsi="Arial" w:eastAsia="Arial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rFonts w:ascii="Arial" w:hAnsi="Arial" w:eastAsia="Arial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rFonts w:ascii="Arial" w:hAnsi="Arial" w:eastAsia="Arial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rFonts w:ascii="Arial" w:hAnsi="Arial" w:eastAsia="Arial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rFonts w:ascii="Arial" w:hAnsi="Arial" w:eastAsia="Arial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rFonts w:ascii="Arial" w:hAnsi="Arial" w:eastAsia="Arial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CT_Title">
    <w:name w:val="CT_Title"/>
    <w:basedOn w:val="Normal"/>
    <w:pPr>
      <w:spacing w:before="120" w:after="160" w:line="269" w:lineRule="auto"/>
    </w:pPr>
    <w:rPr>
      <w:rFonts w:ascii="Arial" w:hAnsi="Arial" w:eastAsia="Arial"/>
      <w:b/>
      <w:color w:val="062B63"/>
      <w:sz w:val="37"/>
    </w:rPr>
  </w:style>
  <w:style w:type="paragraph" w:customStyle="1" w:styleId="CT_Subtitle">
    <w:name w:val="CT_Subtitle"/>
    <w:basedOn w:val="Normal"/>
    <w:pPr>
      <w:spacing w:before="0" w:after="120" w:line="276" w:lineRule="auto"/>
    </w:pPr>
    <w:rPr>
      <w:rFonts w:ascii="Arial" w:hAnsi="Arial" w:eastAsia="Arial"/>
      <w:b w:val="0"/>
      <w:color w:val="DCEEFF"/>
      <w:sz w:val="24"/>
    </w:rPr>
  </w:style>
  <w:style w:type="paragraph" w:customStyle="1" w:styleId="CT_H1">
    <w:name w:val="CT_H1"/>
    <w:basedOn w:val="Normal"/>
    <w:pPr>
      <w:spacing w:before="200" w:after="100" w:line="269" w:lineRule="auto"/>
    </w:pPr>
    <w:rPr>
      <w:rFonts w:ascii="Arial" w:hAnsi="Arial" w:eastAsia="Arial"/>
      <w:b/>
      <w:color w:val="062B63"/>
      <w:sz w:val="30"/>
    </w:rPr>
  </w:style>
  <w:style w:type="paragraph" w:customStyle="1" w:styleId="CT_H2">
    <w:name w:val="CT_H2"/>
    <w:basedOn w:val="Normal"/>
    <w:pPr>
      <w:spacing w:before="120" w:after="60" w:line="269" w:lineRule="auto"/>
    </w:pPr>
    <w:rPr>
      <w:rFonts w:ascii="Arial" w:hAnsi="Arial" w:eastAsia="Arial"/>
      <w:b/>
      <w:color w:val="0B66D8"/>
      <w:sz w:val="25"/>
    </w:rPr>
  </w:style>
  <w:style w:type="paragraph" w:customStyle="1" w:styleId="CT_H3">
    <w:name w:val="CT_H3"/>
    <w:basedOn w:val="Normal"/>
    <w:pPr>
      <w:spacing w:before="160" w:after="80" w:line="276" w:lineRule="auto"/>
    </w:pPr>
    <w:rPr>
      <w:rFonts w:ascii="Arial" w:hAnsi="Arial" w:eastAsia="Arial"/>
      <w:b/>
      <w:color w:val="062B63"/>
      <w:sz w:val="24"/>
    </w:rPr>
  </w:style>
  <w:style w:type="paragraph" w:customStyle="1" w:styleId="CT_Body">
    <w:name w:val="CT_Body"/>
    <w:basedOn w:val="Normal"/>
    <w:pPr>
      <w:spacing w:before="0" w:after="100" w:line="269" w:lineRule="auto"/>
    </w:pPr>
    <w:rPr>
      <w:rFonts w:ascii="Arial" w:hAnsi="Arial" w:eastAsia="Arial"/>
      <w:b w:val="0"/>
      <w:color w:val="10223D"/>
      <w:sz w:val="21"/>
    </w:rPr>
  </w:style>
  <w:style w:type="paragraph" w:customStyle="1" w:styleId="CT_Caption">
    <w:name w:val="CT_Caption"/>
    <w:basedOn w:val="Normal"/>
    <w:pPr>
      <w:spacing w:before="0" w:after="160" w:line="276" w:lineRule="auto"/>
    </w:pPr>
    <w:rPr>
      <w:rFonts w:ascii="Arial" w:hAnsi="Arial" w:eastAsia="Arial"/>
      <w:b w:val="0"/>
      <w:color w:val="6A7D92"/>
      <w:sz w:val="17"/>
    </w:rPr>
  </w:style>
  <w:style w:type="paragraph" w:customStyle="1" w:styleId="CT_Code">
    <w:name w:val="CT_Code"/>
    <w:basedOn w:val="Normal"/>
    <w:pPr>
      <w:spacing w:before="0" w:after="80" w:line="276" w:lineRule="auto"/>
    </w:pPr>
    <w:rPr>
      <w:rFonts w:ascii="Arial" w:hAnsi="Arial" w:eastAsia="Arial"/>
      <w:b w:val="0"/>
      <w:color w:val="EAF6FF"/>
      <w:sz w:val="16"/>
    </w:rPr>
  </w:style>
  <w:style w:type="paragraph" w:customStyle="1" w:styleId="CT_Callout">
    <w:name w:val="CT_Callout"/>
    <w:basedOn w:val="Normal"/>
    <w:pPr>
      <w:spacing w:before="0" w:after="80" w:line="276" w:lineRule="auto"/>
    </w:pPr>
    <w:rPr>
      <w:rFonts w:ascii="Arial" w:hAnsi="Arial" w:eastAsia="Arial"/>
      <w:b w:val="0"/>
      <w:color w:val="10223D"/>
      <w:sz w:val="20"/>
    </w:rPr>
  </w:style>
  <w:style w:type="paragraph" w:customStyle="1" w:styleId="CT_Safety">
    <w:name w:val="CT_Safety"/>
    <w:basedOn w:val="Normal"/>
    <w:pPr>
      <w:spacing w:before="0" w:after="80" w:line="276" w:lineRule="auto"/>
    </w:pPr>
    <w:rPr>
      <w:rFonts w:ascii="Arial" w:hAnsi="Arial" w:eastAsia="Arial"/>
      <w:b w:val="0"/>
      <w:color w:val="10223D"/>
      <w:sz w:val="20"/>
    </w:rPr>
  </w:style>
  <w:style w:type="paragraph" w:customStyle="1" w:styleId="CT_Footer">
    <w:name w:val="CT_Footer"/>
    <w:basedOn w:val="Normal"/>
    <w:pPr>
      <w:spacing w:before="0" w:after="0" w:line="276" w:lineRule="auto"/>
    </w:pPr>
    <w:rPr>
      <w:rFonts w:ascii="Arial" w:hAnsi="Arial" w:eastAsia="Arial"/>
      <w:b w:val="0"/>
      <w:color w:val="6A7D92"/>
      <w:sz w:val="15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/Relationships>
</file>

<file path=word/_rels/header1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C5_Infographic_9_buoc_dong_nguon_an_toan</dc:title>
  <dc:subject>Template Master Word cho giáo trình/tài liệu hướng dẫn học AI công vụ</dc:subject>
  <dc:creator>CuongTech DocuForge AI</dc:creator>
  <cp:keywords>AI công vụ, giáo trình, Word template, CuongTech, DocuForge, Vietnamese Unicode</cp:keywords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